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276" w:lineRule="auto"/>
      </w:pPr>
      <w:r>
        <w:rPr>
          <w:rFonts w:ascii="Arial" w:hAnsi="Arial" w:cs="Arial"/>
          <w:b/>
          <w:i w:val="0"/>
          <w:caps w:val="0"/>
          <w:color w:val="1E242E"/>
          <w:sz w:val="52"/>
        </w:rPr>
        <w:t>Besprechungsprotokoll</w:t>
      </w:r>
    </w:p>
    <w:p>
      <w:pPr>
        <w:spacing w:before="0" w:after="40" w:line="276" w:lineRule="auto"/>
      </w:pPr>
      <w:sdt>
        <w:sdtPr>
          <w:alias w:val="Titel der Besprechung"/>
          <w:tag w:val="titel-der-besprechung"/>
          <w:id w:val="1001"/>
          <w:text/>
        </w:sdtPr>
        <w:sdtContent>
          <w:r>
            <w:rPr>
              <w:rFonts w:ascii="Arial" w:hAnsi="Arial" w:cs="Arial"/>
              <w:b w:val="0"/>
              <w:i w:val="0"/>
              <w:caps w:val="0"/>
              <w:color w:val="5E646D"/>
              <w:sz w:val="25"/>
            </w:rPr>
            <w:t>Titel der Besprechung</w:t>
          </w:r>
        </w:sdtContent>
      </w:sdt>
    </w:p>
    <w:p>
      <w:pPr>
        <w:spacing w:before="80" w:after="280"/>
        <w:pBdr>
          <w:bottom w:val="single" w:sz="6" w:space="1" w:color="285B9A"/>
        </w:pBdr>
      </w:pP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</w:tblPr>
      <w:tblGrid>
        <w:gridCol w:w="2835"/>
        <w:gridCol w:w="6804"/>
      </w:tblGrid>
      <w:tr>
        <w:trPr>
          <w:trHeight w:val="351" w:hRule="atLeast"/>
        </w:trPr>
        <w:tc>
          <w:tcPr>
            <w:tcW w:type="dxa" w:w="2835"/>
            <w:tcBorders>
              <w:bottom w:val="single" w:sz="4" w:space="0" w:color="DEE1E7"/>
            </w:tcBorders>
          </w:tcPr>
          <w:p>
            <w:pPr>
              <w:spacing w:before="40" w:after="40"/>
            </w:pPr>
            <w:r>
              <w:rPr>
                <w:rFonts w:ascii="Arial" w:hAnsi="Arial" w:cs="Arial"/>
                <w:b w:val="0"/>
                <w:i w:val="0"/>
                <w:caps w:val="0"/>
                <w:color w:val="5E646D"/>
                <w:sz w:val="19"/>
              </w:rPr>
              <w:t>Datum</w:t>
            </w:r>
          </w:p>
        </w:tc>
        <w:tc>
          <w:tcPr>
            <w:tcW w:type="dxa" w:w="6803"/>
            <w:tcBorders>
              <w:bottom w:val="single" w:sz="4" w:space="0" w:color="DEE1E7"/>
            </w:tcBorders>
          </w:tcPr>
          <w:p>
            <w:pPr>
              <w:spacing w:before="40" w:after="40"/>
            </w:pPr>
            <w:sdt>
              <w:sdtPr>
                <w:alias w:val="Datum"/>
                <w:tag w:val="datum"/>
                <w:id w:val="1002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  <w:t>TT.MM.JJJJ</w:t>
                </w:r>
              </w:sdtContent>
            </w:sdt>
          </w:p>
        </w:tc>
      </w:tr>
      <w:tr>
        <w:trPr>
          <w:trHeight w:val="351" w:hRule="atLeast"/>
        </w:trPr>
        <w:tc>
          <w:tcPr>
            <w:tcW w:type="dxa" w:w="2835"/>
            <w:tcBorders>
              <w:bottom w:val="single" w:sz="4" w:space="0" w:color="DEE1E7"/>
            </w:tcBorders>
          </w:tcPr>
          <w:p>
            <w:pPr>
              <w:spacing w:before="40" w:after="40"/>
            </w:pPr>
            <w:r>
              <w:rPr>
                <w:rFonts w:ascii="Arial" w:hAnsi="Arial" w:cs="Arial"/>
                <w:b w:val="0"/>
                <w:i w:val="0"/>
                <w:caps w:val="0"/>
                <w:color w:val="5E646D"/>
                <w:sz w:val="19"/>
              </w:rPr>
              <w:t>Uhrzeit</w:t>
            </w:r>
          </w:p>
        </w:tc>
        <w:tc>
          <w:tcPr>
            <w:tcW w:type="dxa" w:w="6803"/>
            <w:tcBorders>
              <w:bottom w:val="single" w:sz="4" w:space="0" w:color="DEE1E7"/>
            </w:tcBorders>
          </w:tcPr>
          <w:p>
            <w:pPr>
              <w:spacing w:before="40" w:after="40"/>
            </w:pPr>
            <w:sdt>
              <w:sdtPr>
                <w:alias w:val="Uhrzeit"/>
                <w:tag w:val="uhrzeit"/>
                <w:id w:val="1003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  <w:t>von … bis …</w:t>
                </w:r>
              </w:sdtContent>
            </w:sdt>
          </w:p>
        </w:tc>
      </w:tr>
      <w:tr>
        <w:trPr>
          <w:trHeight w:val="351" w:hRule="atLeast"/>
        </w:trPr>
        <w:tc>
          <w:tcPr>
            <w:tcW w:type="dxa" w:w="2835"/>
            <w:tcBorders>
              <w:bottom w:val="single" w:sz="4" w:space="0" w:color="DEE1E7"/>
            </w:tcBorders>
          </w:tcPr>
          <w:p>
            <w:pPr>
              <w:spacing w:before="40" w:after="40"/>
            </w:pPr>
            <w:r>
              <w:rPr>
                <w:rFonts w:ascii="Arial" w:hAnsi="Arial" w:cs="Arial"/>
                <w:b w:val="0"/>
                <w:i w:val="0"/>
                <w:caps w:val="0"/>
                <w:color w:val="5E646D"/>
                <w:sz w:val="19"/>
              </w:rPr>
              <w:t>Ort oder Link</w:t>
            </w:r>
          </w:p>
        </w:tc>
        <w:tc>
          <w:tcPr>
            <w:tcW w:type="dxa" w:w="6803"/>
            <w:tcBorders>
              <w:bottom w:val="single" w:sz="4" w:space="0" w:color="DEE1E7"/>
            </w:tcBorders>
          </w:tcPr>
          <w:p>
            <w:pPr>
              <w:spacing w:before="40" w:after="40"/>
            </w:pPr>
            <w:sdt>
              <w:sdtPr>
                <w:alias w:val="Ort oder Link"/>
                <w:tag w:val="ort-oder-link"/>
                <w:id w:val="1004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  <w:t>Raum, Adresse oder Meeting-Link</w:t>
                </w:r>
              </w:sdtContent>
            </w:sdt>
          </w:p>
        </w:tc>
      </w:tr>
      <w:tr>
        <w:trPr>
          <w:trHeight w:val="351" w:hRule="atLeast"/>
        </w:trPr>
        <w:tc>
          <w:tcPr>
            <w:tcW w:type="dxa" w:w="2835"/>
            <w:tcBorders>
              <w:bottom w:val="single" w:sz="4" w:space="0" w:color="DEE1E7"/>
            </w:tcBorders>
          </w:tcPr>
          <w:p>
            <w:pPr>
              <w:spacing w:before="40" w:after="40"/>
            </w:pPr>
            <w:r>
              <w:rPr>
                <w:rFonts w:ascii="Arial" w:hAnsi="Arial" w:cs="Arial"/>
                <w:b w:val="0"/>
                <w:i w:val="0"/>
                <w:caps w:val="0"/>
                <w:color w:val="5E646D"/>
                <w:sz w:val="19"/>
              </w:rPr>
              <w:t>Besprechungsleitung</w:t>
            </w:r>
          </w:p>
        </w:tc>
        <w:tc>
          <w:tcPr>
            <w:tcW w:type="dxa" w:w="6803"/>
            <w:tcBorders>
              <w:bottom w:val="single" w:sz="4" w:space="0" w:color="DEE1E7"/>
            </w:tcBorders>
          </w:tcPr>
          <w:p>
            <w:pPr>
              <w:spacing w:before="40" w:after="40"/>
            </w:pPr>
            <w:sdt>
              <w:sdtPr>
                <w:alias w:val="Besprechungsleitung"/>
                <w:tag w:val="besprechungsleitung"/>
                <w:id w:val="1005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  <w:t>Name</w:t>
                </w:r>
              </w:sdtContent>
            </w:sdt>
          </w:p>
        </w:tc>
      </w:tr>
      <w:tr>
        <w:trPr>
          <w:trHeight w:val="351" w:hRule="atLeast"/>
        </w:trPr>
        <w:tc>
          <w:tcPr>
            <w:tcW w:type="dxa" w:w="2835"/>
            <w:tcBorders>
              <w:bottom w:val="single" w:sz="4" w:space="0" w:color="DEE1E7"/>
            </w:tcBorders>
          </w:tcPr>
          <w:p>
            <w:pPr>
              <w:spacing w:before="40" w:after="40"/>
            </w:pPr>
            <w:r>
              <w:rPr>
                <w:rFonts w:ascii="Arial" w:hAnsi="Arial" w:cs="Arial"/>
                <w:b w:val="0"/>
                <w:i w:val="0"/>
                <w:caps w:val="0"/>
                <w:color w:val="5E646D"/>
                <w:sz w:val="19"/>
              </w:rPr>
              <w:t>Protokollführung</w:t>
            </w:r>
          </w:p>
        </w:tc>
        <w:tc>
          <w:tcPr>
            <w:tcW w:type="dxa" w:w="6803"/>
            <w:tcBorders>
              <w:bottom w:val="single" w:sz="4" w:space="0" w:color="DEE1E7"/>
            </w:tcBorders>
          </w:tcPr>
          <w:p>
            <w:pPr>
              <w:spacing w:before="40" w:after="40"/>
            </w:pPr>
            <w:sdt>
              <w:sdtPr>
                <w:alias w:val="Protokollführung"/>
                <w:tag w:val="protokollführung"/>
                <w:id w:val="1006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  <w:t>Name</w:t>
                </w:r>
              </w:sdtContent>
            </w:sdt>
          </w:p>
        </w:tc>
      </w:tr>
      <w:tr>
        <w:trPr>
          <w:trHeight w:val="351" w:hRule="atLeast"/>
        </w:trPr>
        <w:tc>
          <w:tcPr>
            <w:tcW w:type="dxa" w:w="2835"/>
            <w:tcBorders>
              <w:bottom w:val="single" w:sz="4" w:space="0" w:color="DEE1E7"/>
            </w:tcBorders>
          </w:tcPr>
          <w:p>
            <w:pPr>
              <w:spacing w:before="40" w:after="40"/>
            </w:pPr>
            <w:r>
              <w:rPr>
                <w:rFonts w:ascii="Arial" w:hAnsi="Arial" w:cs="Arial"/>
                <w:b w:val="0"/>
                <w:i w:val="0"/>
                <w:caps w:val="0"/>
                <w:color w:val="5E646D"/>
                <w:sz w:val="19"/>
              </w:rPr>
              <w:t>Teilnehmende</w:t>
            </w:r>
          </w:p>
        </w:tc>
        <w:tc>
          <w:tcPr>
            <w:tcW w:type="dxa" w:w="6803"/>
            <w:tcBorders>
              <w:bottom w:val="single" w:sz="4" w:space="0" w:color="DEE1E7"/>
            </w:tcBorders>
          </w:tcPr>
          <w:p>
            <w:pPr>
              <w:spacing w:before="40" w:after="40"/>
            </w:pPr>
            <w:sdt>
              <w:sdtPr>
                <w:alias w:val="Teilnehmende"/>
                <w:tag w:val="teilnehmende"/>
                <w:id w:val="1007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  <w:t>Namen, durch Komma getrennt</w:t>
                </w:r>
              </w:sdtContent>
            </w:sdt>
          </w:p>
        </w:tc>
      </w:tr>
      <w:tr>
        <w:trPr>
          <w:trHeight w:val="351" w:hRule="atLeast"/>
        </w:trPr>
        <w:tc>
          <w:tcPr>
            <w:tcW w:type="dxa" w:w="2835"/>
            <w:tcBorders>
              <w:bottom w:val="single" w:sz="4" w:space="0" w:color="DEE1E7"/>
            </w:tcBorders>
          </w:tcPr>
          <w:p>
            <w:pPr>
              <w:spacing w:before="40" w:after="40"/>
            </w:pPr>
            <w:r>
              <w:rPr>
                <w:rFonts w:ascii="Arial" w:hAnsi="Arial" w:cs="Arial"/>
                <w:b w:val="0"/>
                <w:i w:val="0"/>
                <w:caps w:val="0"/>
                <w:color w:val="5E646D"/>
                <w:sz w:val="19"/>
              </w:rPr>
              <w:t>Entschuldigt</w:t>
            </w:r>
          </w:p>
        </w:tc>
        <w:tc>
          <w:tcPr>
            <w:tcW w:type="dxa" w:w="6803"/>
            <w:tcBorders>
              <w:bottom w:val="single" w:sz="4" w:space="0" w:color="DEE1E7"/>
            </w:tcBorders>
          </w:tcPr>
          <w:p>
            <w:pPr>
              <w:spacing w:before="40" w:after="40"/>
            </w:pPr>
            <w:sdt>
              <w:sdtPr>
                <w:alias w:val="Entschuldigt"/>
                <w:tag w:val="entschuldigt"/>
                <w:id w:val="1008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  <w:t>Namen, durch Komma getrennt</w:t>
                </w:r>
              </w:sdtContent>
            </w:sdt>
          </w:p>
        </w:tc>
      </w:tr>
      <w:tr>
        <w:trPr>
          <w:trHeight w:val="351" w:hRule="atLeast"/>
        </w:trPr>
        <w:tc>
          <w:tcPr>
            <w:tcW w:type="dxa" w:w="2835"/>
            <w:tcBorders>
              <w:bottom w:val="single" w:sz="4" w:space="0" w:color="DEE1E7"/>
            </w:tcBorders>
          </w:tcPr>
          <w:p>
            <w:pPr>
              <w:spacing w:before="40" w:after="40"/>
            </w:pPr>
            <w:r>
              <w:rPr>
                <w:rFonts w:ascii="Arial" w:hAnsi="Arial" w:cs="Arial"/>
                <w:b w:val="0"/>
                <w:i w:val="0"/>
                <w:caps w:val="0"/>
                <w:color w:val="5E646D"/>
                <w:sz w:val="19"/>
              </w:rPr>
              <w:t>Verteiler</w:t>
            </w:r>
          </w:p>
        </w:tc>
        <w:tc>
          <w:tcPr>
            <w:tcW w:type="dxa" w:w="6803"/>
            <w:tcBorders>
              <w:bottom w:val="single" w:sz="4" w:space="0" w:color="DEE1E7"/>
            </w:tcBorders>
          </w:tcPr>
          <w:p>
            <w:pPr>
              <w:spacing w:before="40" w:after="40"/>
            </w:pPr>
            <w:sdt>
              <w:sdtPr>
                <w:alias w:val="Verteiler"/>
                <w:tag w:val="verteiler"/>
                <w:id w:val="1009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  <w:t>wer das Protokoll bekommt</w:t>
                </w:r>
              </w:sdtContent>
            </w:sdt>
          </w:p>
        </w:tc>
      </w:tr>
    </w:tbl>
    <w:p>
      <w:pPr>
        <w:pStyle w:val="Heading2"/>
        <w:keepNext/>
        <w:spacing w:before="320" w:after="120"/>
      </w:pPr>
      <w:r>
        <w:rPr>
          <w:rFonts w:ascii="Arial" w:hAnsi="Arial" w:cs="Arial"/>
          <w:b/>
          <w:i w:val="0"/>
          <w:caps w:val="0"/>
          <w:color w:val="285B9A"/>
          <w:sz w:val="26"/>
        </w:rPr>
        <w:t xml:space="preserve">1.  </w:t>
      </w:r>
      <w:r>
        <w:rPr>
          <w:rFonts w:ascii="Arial" w:hAnsi="Arial" w:cs="Arial"/>
          <w:b/>
          <w:i w:val="0"/>
          <w:caps w:val="0"/>
          <w:color w:val="1E242E"/>
          <w:sz w:val="26"/>
        </w:rPr>
        <w:t>Tagesordnung</w:t>
      </w:r>
    </w:p>
    <w:p>
      <w:pPr>
        <w:spacing w:before="0" w:after="40" w:line="276" w:lineRule="auto"/>
        <w:ind w:left="340"/>
      </w:pPr>
      <w:r>
        <w:rPr>
          <w:rFonts w:ascii="Arial" w:hAnsi="Arial" w:cs="Arial"/>
          <w:b w:val="0"/>
          <w:i w:val="0"/>
          <w:caps w:val="0"/>
          <w:color w:val="5E646D"/>
          <w:sz w:val="21"/>
        </w:rPr>
        <w:t xml:space="preserve">1.  </w:t>
      </w:r>
      <w:sdt>
        <w:sdtPr>
          <w:alias w:val="Tagesordnungspunkt 1"/>
          <w:tag w:val="tagesordnungspunkt-1"/>
          <w:id w:val="1010"/>
          <w:text/>
        </w:sdtPr>
        <w:sdtContent>
          <w:r>
            <w:rPr>
              <w:rFonts w:ascii="Arial" w:hAnsi="Arial" w:cs="Arial"/>
              <w:b w:val="0"/>
              <w:i w:val="0"/>
              <w:caps w:val="0"/>
              <w:color w:val="5E646D"/>
              <w:sz w:val="21"/>
            </w:rPr>
            <w:t>Tagesordnungspunkt</w:t>
          </w:r>
        </w:sdtContent>
      </w:sdt>
    </w:p>
    <w:p>
      <w:pPr>
        <w:spacing w:before="0" w:after="40" w:line="276" w:lineRule="auto"/>
        <w:ind w:left="340"/>
      </w:pPr>
      <w:r>
        <w:rPr>
          <w:rFonts w:ascii="Arial" w:hAnsi="Arial" w:cs="Arial"/>
          <w:b w:val="0"/>
          <w:i w:val="0"/>
          <w:caps w:val="0"/>
          <w:color w:val="5E646D"/>
          <w:sz w:val="21"/>
        </w:rPr>
        <w:t xml:space="preserve">2.  </w:t>
      </w:r>
      <w:sdt>
        <w:sdtPr>
          <w:alias w:val="Tagesordnungspunkt 2"/>
          <w:tag w:val="tagesordnungspunkt-2"/>
          <w:id w:val="1011"/>
          <w:text/>
        </w:sdtPr>
        <w:sdtContent>
          <w:r>
            <w:rPr>
              <w:rFonts w:ascii="Arial" w:hAnsi="Arial" w:cs="Arial"/>
              <w:b w:val="0"/>
              <w:i w:val="0"/>
              <w:caps w:val="0"/>
              <w:color w:val="5E646D"/>
              <w:sz w:val="21"/>
            </w:rPr>
            <w:t>Tagesordnungspunkt</w:t>
          </w:r>
        </w:sdtContent>
      </w:sdt>
    </w:p>
    <w:p>
      <w:pPr>
        <w:spacing w:before="0" w:after="40" w:line="276" w:lineRule="auto"/>
        <w:ind w:left="340"/>
      </w:pPr>
      <w:r>
        <w:rPr>
          <w:rFonts w:ascii="Arial" w:hAnsi="Arial" w:cs="Arial"/>
          <w:b w:val="0"/>
          <w:i w:val="0"/>
          <w:caps w:val="0"/>
          <w:color w:val="5E646D"/>
          <w:sz w:val="21"/>
        </w:rPr>
        <w:t xml:space="preserve">3.  </w:t>
      </w:r>
      <w:sdt>
        <w:sdtPr>
          <w:alias w:val="Tagesordnungspunkt 3"/>
          <w:tag w:val="tagesordnungspunkt-3"/>
          <w:id w:val="1012"/>
          <w:text/>
        </w:sdtPr>
        <w:sdtContent>
          <w:r>
            <w:rPr>
              <w:rFonts w:ascii="Arial" w:hAnsi="Arial" w:cs="Arial"/>
              <w:b w:val="0"/>
              <w:i w:val="0"/>
              <w:caps w:val="0"/>
              <w:color w:val="5E646D"/>
              <w:sz w:val="21"/>
            </w:rPr>
            <w:t>Tagesordnungspunkt</w:t>
          </w:r>
        </w:sdtContent>
      </w:sdt>
    </w:p>
    <w:p>
      <w:pPr>
        <w:spacing w:before="0" w:after="40" w:line="276" w:lineRule="auto"/>
        <w:ind w:left="340"/>
      </w:pPr>
      <w:r>
        <w:rPr>
          <w:rFonts w:ascii="Arial" w:hAnsi="Arial" w:cs="Arial"/>
          <w:b w:val="0"/>
          <w:i w:val="0"/>
          <w:caps w:val="0"/>
          <w:color w:val="5E646D"/>
          <w:sz w:val="21"/>
        </w:rPr>
        <w:t xml:space="preserve">4.  </w:t>
      </w:r>
      <w:sdt>
        <w:sdtPr>
          <w:alias w:val="Tagesordnungspunkt 4"/>
          <w:tag w:val="tagesordnungspunkt-4"/>
          <w:id w:val="1013"/>
          <w:text/>
        </w:sdtPr>
        <w:sdtContent>
          <w:r>
            <w:rPr>
              <w:rFonts w:ascii="Arial" w:hAnsi="Arial" w:cs="Arial"/>
              <w:b w:val="0"/>
              <w:i w:val="0"/>
              <w:caps w:val="0"/>
              <w:color w:val="5E646D"/>
              <w:sz w:val="21"/>
            </w:rPr>
            <w:t>Tagesordnungspunkt</w:t>
          </w:r>
        </w:sdtContent>
      </w:sdt>
    </w:p>
    <w:p>
      <w:pPr>
        <w:spacing w:before="0" w:after="40" w:line="276" w:lineRule="auto"/>
        <w:ind w:left="340"/>
      </w:pPr>
      <w:r>
        <w:rPr>
          <w:rFonts w:ascii="Arial" w:hAnsi="Arial" w:cs="Arial"/>
          <w:b w:val="0"/>
          <w:i w:val="0"/>
          <w:caps w:val="0"/>
          <w:color w:val="5E646D"/>
          <w:sz w:val="21"/>
        </w:rPr>
        <w:t xml:space="preserve">5.  </w:t>
      </w:r>
      <w:sdt>
        <w:sdtPr>
          <w:alias w:val="Tagesordnungspunkt 5"/>
          <w:tag w:val="tagesordnungspunkt-5"/>
          <w:id w:val="1014"/>
          <w:text/>
        </w:sdtPr>
        <w:sdtContent>
          <w:r>
            <w:rPr>
              <w:rFonts w:ascii="Arial" w:hAnsi="Arial" w:cs="Arial"/>
              <w:b w:val="0"/>
              <w:i w:val="0"/>
              <w:caps w:val="0"/>
              <w:color w:val="5E646D"/>
              <w:sz w:val="21"/>
            </w:rPr>
            <w:t>Tagesordnungspunkt</w:t>
          </w:r>
        </w:sdtContent>
      </w:sdt>
    </w:p>
    <w:p>
      <w:pPr>
        <w:spacing w:before="80" w:after="80" w:line="276" w:lineRule="auto"/>
      </w:pPr>
      <w:r>
        <w:rPr>
          <w:rFonts w:ascii="Arial" w:hAnsi="Arial" w:cs="Arial"/>
          <w:b w:val="0"/>
          <w:i/>
          <w:caps w:val="0"/>
          <w:color w:val="5E646D"/>
          <w:sz w:val="19"/>
        </w:rPr>
        <w:t>Übernimm die Punkte aus der Einladung. Was hier nicht steht, wurde nicht besprochen.</w:t>
      </w:r>
    </w:p>
    <w:p>
      <w:pPr>
        <w:pStyle w:val="Heading2"/>
        <w:keepNext/>
        <w:spacing w:before="320" w:after="120"/>
      </w:pPr>
      <w:r>
        <w:rPr>
          <w:rFonts w:ascii="Arial" w:hAnsi="Arial" w:cs="Arial"/>
          <w:b/>
          <w:i w:val="0"/>
          <w:caps w:val="0"/>
          <w:color w:val="285B9A"/>
          <w:sz w:val="26"/>
        </w:rPr>
        <w:t xml:space="preserve">2.  </w:t>
      </w:r>
      <w:r>
        <w:rPr>
          <w:rFonts w:ascii="Arial" w:hAnsi="Arial" w:cs="Arial"/>
          <w:b/>
          <w:i w:val="0"/>
          <w:caps w:val="0"/>
          <w:color w:val="1E242E"/>
          <w:sz w:val="26"/>
        </w:rPr>
        <w:t>Besprochene Themen</w:t>
      </w:r>
    </w:p>
    <w:p>
      <w:pPr>
        <w:keepNext/>
        <w:spacing w:before="160" w:after="60" w:line="276" w:lineRule="auto"/>
      </w:pPr>
      <w:r>
        <w:rPr>
          <w:rFonts w:ascii="Arial" w:hAnsi="Arial" w:cs="Arial"/>
          <w:b/>
          <w:i w:val="0"/>
          <w:caps w:val="0"/>
          <w:color w:val="1E242E"/>
          <w:sz w:val="22"/>
        </w:rPr>
        <w:t xml:space="preserve">TOP </w:t>
      </w:r>
      <w:sdt>
        <w:sdtPr>
          <w:alias w:val="TOP-Nummer 1"/>
          <w:tag w:val="top-nummer-1"/>
          <w:id w:val="1015"/>
          <w:text/>
        </w:sdtPr>
        <w:sdtContent>
          <w:r>
            <w:rPr>
              <w:rFonts w:ascii="Arial" w:hAnsi="Arial" w:cs="Arial"/>
              <w:b w:val="0"/>
              <w:i w:val="0"/>
              <w:caps w:val="0"/>
              <w:color w:val="5E646D"/>
              <w:sz w:val="22"/>
            </w:rPr>
            <w:t>Nr.</w:t>
          </w:r>
        </w:sdtContent>
      </w:sdt>
      <w:r>
        <w:rPr>
          <w:rFonts w:ascii="Arial" w:hAnsi="Arial" w:cs="Arial"/>
          <w:b/>
          <w:i w:val="0"/>
          <w:caps w:val="0"/>
          <w:color w:val="1E242E"/>
          <w:sz w:val="22"/>
        </w:rPr>
        <w:t xml:space="preserve">: </w:t>
      </w:r>
      <w:sdt>
        <w:sdtPr>
          <w:alias w:val="TOP-Titel 1"/>
          <w:tag w:val="top-titel-1"/>
          <w:id w:val="1016"/>
          <w:text/>
        </w:sdtPr>
        <w:sdtContent>
          <w:r>
            <w:rPr>
              <w:rFonts w:ascii="Arial" w:hAnsi="Arial" w:cs="Arial"/>
              <w:b w:val="0"/>
              <w:i w:val="0"/>
              <w:caps w:val="0"/>
              <w:color w:val="5E646D"/>
              <w:sz w:val="22"/>
            </w:rPr>
            <w:t>Titel des Punktes</w:t>
          </w:r>
        </w:sdtContent>
      </w:sdt>
    </w:p>
    <w:p>
      <w:pPr>
        <w:spacing w:before="0" w:after="60" w:line="276" w:lineRule="auto"/>
        <w:ind w:left="340"/>
      </w:pPr>
      <w:r>
        <w:rPr>
          <w:rFonts w:ascii="Arial" w:hAnsi="Arial" w:cs="Arial"/>
          <w:b/>
          <w:i w:val="0"/>
          <w:caps w:val="0"/>
          <w:color w:val="5E646D"/>
          <w:sz w:val="20"/>
        </w:rPr>
        <w:t xml:space="preserve">Worum es ging:  </w:t>
      </w:r>
      <w:sdt>
        <w:sdtPr>
          <w:alias w:val="Worum es ging 1"/>
          <w:tag w:val="worum-es-ging-1"/>
          <w:id w:val="1017"/>
          <w:text/>
        </w:sdtPr>
        <w:sdtContent>
          <w:r>
            <w:rPr>
              <w:rFonts w:ascii="Arial" w:hAnsi="Arial" w:cs="Arial"/>
              <w:b w:val="0"/>
              <w:i w:val="0"/>
              <w:caps w:val="0"/>
              <w:color w:val="5E646D"/>
              <w:sz w:val="21"/>
            </w:rPr>
            <w:t>zwei bis vier Sätze</w:t>
          </w:r>
        </w:sdtContent>
      </w:sdt>
    </w:p>
    <w:p>
      <w:pPr>
        <w:spacing w:before="0" w:after="60" w:line="276" w:lineRule="auto"/>
        <w:ind w:left="340"/>
      </w:pPr>
      <w:r>
        <w:rPr>
          <w:rFonts w:ascii="Arial" w:hAnsi="Arial" w:cs="Arial"/>
          <w:b/>
          <w:i w:val="0"/>
          <w:caps w:val="0"/>
          <w:color w:val="5E646D"/>
          <w:sz w:val="20"/>
        </w:rPr>
        <w:t xml:space="preserve">Ergebnis:  </w:t>
      </w:r>
      <w:sdt>
        <w:sdtPr>
          <w:alias w:val="Ergebnis 1"/>
          <w:tag w:val="ergebnis-1"/>
          <w:id w:val="1018"/>
          <w:text/>
        </w:sdtPr>
        <w:sdtContent>
          <w:r>
            <w:rPr>
              <w:rFonts w:ascii="Arial" w:hAnsi="Arial" w:cs="Arial"/>
              <w:b w:val="0"/>
              <w:i w:val="0"/>
              <w:caps w:val="0"/>
              <w:color w:val="5E646D"/>
              <w:sz w:val="21"/>
            </w:rPr>
            <w:t>ein Satz</w:t>
          </w:r>
        </w:sdtContent>
      </w:sdt>
    </w:p>
    <w:p>
      <w:pPr>
        <w:keepNext/>
        <w:spacing w:before="160" w:after="60" w:line="276" w:lineRule="auto"/>
      </w:pPr>
      <w:r>
        <w:rPr>
          <w:rFonts w:ascii="Arial" w:hAnsi="Arial" w:cs="Arial"/>
          <w:b/>
          <w:i w:val="0"/>
          <w:caps w:val="0"/>
          <w:color w:val="1E242E"/>
          <w:sz w:val="22"/>
        </w:rPr>
        <w:t xml:space="preserve">TOP </w:t>
      </w:r>
      <w:sdt>
        <w:sdtPr>
          <w:alias w:val="TOP-Nummer 2"/>
          <w:tag w:val="top-nummer-2"/>
          <w:id w:val="1019"/>
          <w:text/>
        </w:sdtPr>
        <w:sdtContent>
          <w:r>
            <w:rPr>
              <w:rFonts w:ascii="Arial" w:hAnsi="Arial" w:cs="Arial"/>
              <w:b w:val="0"/>
              <w:i w:val="0"/>
              <w:caps w:val="0"/>
              <w:color w:val="5E646D"/>
              <w:sz w:val="22"/>
            </w:rPr>
            <w:t>Nr.</w:t>
          </w:r>
        </w:sdtContent>
      </w:sdt>
      <w:r>
        <w:rPr>
          <w:rFonts w:ascii="Arial" w:hAnsi="Arial" w:cs="Arial"/>
          <w:b/>
          <w:i w:val="0"/>
          <w:caps w:val="0"/>
          <w:color w:val="1E242E"/>
          <w:sz w:val="22"/>
        </w:rPr>
        <w:t xml:space="preserve">: </w:t>
      </w:r>
      <w:sdt>
        <w:sdtPr>
          <w:alias w:val="TOP-Titel 2"/>
          <w:tag w:val="top-titel-2"/>
          <w:id w:val="1020"/>
          <w:text/>
        </w:sdtPr>
        <w:sdtContent>
          <w:r>
            <w:rPr>
              <w:rFonts w:ascii="Arial" w:hAnsi="Arial" w:cs="Arial"/>
              <w:b w:val="0"/>
              <w:i w:val="0"/>
              <w:caps w:val="0"/>
              <w:color w:val="5E646D"/>
              <w:sz w:val="22"/>
            </w:rPr>
            <w:t>Titel des Punktes</w:t>
          </w:r>
        </w:sdtContent>
      </w:sdt>
    </w:p>
    <w:p>
      <w:pPr>
        <w:spacing w:before="0" w:after="60" w:line="276" w:lineRule="auto"/>
        <w:ind w:left="340"/>
      </w:pPr>
      <w:r>
        <w:rPr>
          <w:rFonts w:ascii="Arial" w:hAnsi="Arial" w:cs="Arial"/>
          <w:b/>
          <w:i w:val="0"/>
          <w:caps w:val="0"/>
          <w:color w:val="5E646D"/>
          <w:sz w:val="20"/>
        </w:rPr>
        <w:t xml:space="preserve">Worum es ging:  </w:t>
      </w:r>
      <w:sdt>
        <w:sdtPr>
          <w:alias w:val="Worum es ging 2"/>
          <w:tag w:val="worum-es-ging-2"/>
          <w:id w:val="1021"/>
          <w:text/>
        </w:sdtPr>
        <w:sdtContent>
          <w:r>
            <w:rPr>
              <w:rFonts w:ascii="Arial" w:hAnsi="Arial" w:cs="Arial"/>
              <w:b w:val="0"/>
              <w:i w:val="0"/>
              <w:caps w:val="0"/>
              <w:color w:val="5E646D"/>
              <w:sz w:val="21"/>
            </w:rPr>
            <w:t>zwei bis vier Sätze</w:t>
          </w:r>
        </w:sdtContent>
      </w:sdt>
    </w:p>
    <w:p>
      <w:pPr>
        <w:spacing w:before="0" w:after="60" w:line="276" w:lineRule="auto"/>
        <w:ind w:left="340"/>
      </w:pPr>
      <w:r>
        <w:rPr>
          <w:rFonts w:ascii="Arial" w:hAnsi="Arial" w:cs="Arial"/>
          <w:b/>
          <w:i w:val="0"/>
          <w:caps w:val="0"/>
          <w:color w:val="5E646D"/>
          <w:sz w:val="20"/>
        </w:rPr>
        <w:t xml:space="preserve">Ergebnis:  </w:t>
      </w:r>
      <w:sdt>
        <w:sdtPr>
          <w:alias w:val="Ergebnis 2"/>
          <w:tag w:val="ergebnis-2"/>
          <w:id w:val="1022"/>
          <w:text/>
        </w:sdtPr>
        <w:sdtContent>
          <w:r>
            <w:rPr>
              <w:rFonts w:ascii="Arial" w:hAnsi="Arial" w:cs="Arial"/>
              <w:b w:val="0"/>
              <w:i w:val="0"/>
              <w:caps w:val="0"/>
              <w:color w:val="5E646D"/>
              <w:sz w:val="21"/>
            </w:rPr>
            <w:t>ein Satz</w:t>
          </w:r>
        </w:sdtContent>
      </w:sdt>
    </w:p>
    <w:p>
      <w:pPr>
        <w:keepNext/>
        <w:spacing w:before="160" w:after="60" w:line="276" w:lineRule="auto"/>
      </w:pPr>
      <w:r>
        <w:rPr>
          <w:rFonts w:ascii="Arial" w:hAnsi="Arial" w:cs="Arial"/>
          <w:b/>
          <w:i w:val="0"/>
          <w:caps w:val="0"/>
          <w:color w:val="1E242E"/>
          <w:sz w:val="22"/>
        </w:rPr>
        <w:t xml:space="preserve">TOP </w:t>
      </w:r>
      <w:sdt>
        <w:sdtPr>
          <w:alias w:val="TOP-Nummer 3"/>
          <w:tag w:val="top-nummer-3"/>
          <w:id w:val="1023"/>
          <w:text/>
        </w:sdtPr>
        <w:sdtContent>
          <w:r>
            <w:rPr>
              <w:rFonts w:ascii="Arial" w:hAnsi="Arial" w:cs="Arial"/>
              <w:b w:val="0"/>
              <w:i w:val="0"/>
              <w:caps w:val="0"/>
              <w:color w:val="5E646D"/>
              <w:sz w:val="22"/>
            </w:rPr>
            <w:t>Nr.</w:t>
          </w:r>
        </w:sdtContent>
      </w:sdt>
      <w:r>
        <w:rPr>
          <w:rFonts w:ascii="Arial" w:hAnsi="Arial" w:cs="Arial"/>
          <w:b/>
          <w:i w:val="0"/>
          <w:caps w:val="0"/>
          <w:color w:val="1E242E"/>
          <w:sz w:val="22"/>
        </w:rPr>
        <w:t xml:space="preserve">: </w:t>
      </w:r>
      <w:sdt>
        <w:sdtPr>
          <w:alias w:val="TOP-Titel 3"/>
          <w:tag w:val="top-titel-3"/>
          <w:id w:val="1024"/>
          <w:text/>
        </w:sdtPr>
        <w:sdtContent>
          <w:r>
            <w:rPr>
              <w:rFonts w:ascii="Arial" w:hAnsi="Arial" w:cs="Arial"/>
              <w:b w:val="0"/>
              <w:i w:val="0"/>
              <w:caps w:val="0"/>
              <w:color w:val="5E646D"/>
              <w:sz w:val="22"/>
            </w:rPr>
            <w:t>Titel des Punktes</w:t>
          </w:r>
        </w:sdtContent>
      </w:sdt>
    </w:p>
    <w:p>
      <w:pPr>
        <w:spacing w:before="0" w:after="60" w:line="276" w:lineRule="auto"/>
        <w:ind w:left="340"/>
      </w:pPr>
      <w:r>
        <w:rPr>
          <w:rFonts w:ascii="Arial" w:hAnsi="Arial" w:cs="Arial"/>
          <w:b/>
          <w:i w:val="0"/>
          <w:caps w:val="0"/>
          <w:color w:val="5E646D"/>
          <w:sz w:val="20"/>
        </w:rPr>
        <w:t xml:space="preserve">Worum es ging:  </w:t>
      </w:r>
      <w:sdt>
        <w:sdtPr>
          <w:alias w:val="Worum es ging 3"/>
          <w:tag w:val="worum-es-ging-3"/>
          <w:id w:val="1025"/>
          <w:text/>
        </w:sdtPr>
        <w:sdtContent>
          <w:r>
            <w:rPr>
              <w:rFonts w:ascii="Arial" w:hAnsi="Arial" w:cs="Arial"/>
              <w:b w:val="0"/>
              <w:i w:val="0"/>
              <w:caps w:val="0"/>
              <w:color w:val="5E646D"/>
              <w:sz w:val="21"/>
            </w:rPr>
            <w:t>zwei bis vier Sätze</w:t>
          </w:r>
        </w:sdtContent>
      </w:sdt>
    </w:p>
    <w:p>
      <w:pPr>
        <w:spacing w:before="0" w:after="60" w:line="276" w:lineRule="auto"/>
        <w:ind w:left="340"/>
      </w:pPr>
      <w:r>
        <w:rPr>
          <w:rFonts w:ascii="Arial" w:hAnsi="Arial" w:cs="Arial"/>
          <w:b/>
          <w:i w:val="0"/>
          <w:caps w:val="0"/>
          <w:color w:val="5E646D"/>
          <w:sz w:val="20"/>
        </w:rPr>
        <w:t xml:space="preserve">Ergebnis:  </w:t>
      </w:r>
      <w:sdt>
        <w:sdtPr>
          <w:alias w:val="Ergebnis 3"/>
          <w:tag w:val="ergebnis-3"/>
          <w:id w:val="1026"/>
          <w:text/>
        </w:sdtPr>
        <w:sdtContent>
          <w:r>
            <w:rPr>
              <w:rFonts w:ascii="Arial" w:hAnsi="Arial" w:cs="Arial"/>
              <w:b w:val="0"/>
              <w:i w:val="0"/>
              <w:caps w:val="0"/>
              <w:color w:val="5E646D"/>
              <w:sz w:val="21"/>
            </w:rPr>
            <w:t>ein Satz</w:t>
          </w:r>
        </w:sdtContent>
      </w:sdt>
    </w:p>
    <w:p>
      <w:pPr>
        <w:pStyle w:val="Heading2"/>
        <w:keepNext/>
        <w:spacing w:before="320" w:after="120"/>
      </w:pPr>
      <w:r>
        <w:rPr>
          <w:rFonts w:ascii="Arial" w:hAnsi="Arial" w:cs="Arial"/>
          <w:b/>
          <w:i w:val="0"/>
          <w:caps w:val="0"/>
          <w:color w:val="285B9A"/>
          <w:sz w:val="26"/>
        </w:rPr>
        <w:t xml:space="preserve">3.  </w:t>
      </w:r>
      <w:r>
        <w:rPr>
          <w:rFonts w:ascii="Arial" w:hAnsi="Arial" w:cs="Arial"/>
          <w:b/>
          <w:i w:val="0"/>
          <w:caps w:val="0"/>
          <w:color w:val="1E242E"/>
          <w:sz w:val="26"/>
        </w:rPr>
        <w:t>Entscheidungen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Layout w:type="fixed"/>
      </w:tblPr>
      <w:tblGrid>
        <w:gridCol w:w="771"/>
        <w:gridCol w:w="5012"/>
        <w:gridCol w:w="2410"/>
        <w:gridCol w:w="1446"/>
      </w:tblGrid>
      <w:tr>
        <w:trPr>
          <w:trHeight w:val="351" w:hRule="atLeast"/>
        </w:trPr>
        <w:tc>
          <w:tcPr>
            <w:tcW w:type="dxa" w:w="771"/>
            <w:shd w:val="clear" w:color="auto" w:fill="F3F5F8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r>
              <w:rPr>
                <w:rFonts w:ascii="Arial" w:hAnsi="Arial" w:cs="Arial"/>
                <w:b/>
                <w:i w:val="0"/>
                <w:caps w:val="0"/>
                <w:color w:val="1E242E"/>
                <w:sz w:val="18"/>
              </w:rPr>
              <w:t>Nr.</w:t>
            </w:r>
          </w:p>
        </w:tc>
        <w:tc>
          <w:tcPr>
            <w:tcW w:type="dxa" w:w="5012"/>
            <w:shd w:val="clear" w:color="auto" w:fill="F3F5F8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r>
              <w:rPr>
                <w:rFonts w:ascii="Arial" w:hAnsi="Arial" w:cs="Arial"/>
                <w:b/>
                <w:i w:val="0"/>
                <w:caps w:val="0"/>
                <w:color w:val="1E242E"/>
                <w:sz w:val="18"/>
              </w:rPr>
              <w:t>Entscheidung</w:t>
            </w:r>
          </w:p>
        </w:tc>
        <w:tc>
          <w:tcPr>
            <w:tcW w:type="dxa" w:w="2409"/>
            <w:shd w:val="clear" w:color="auto" w:fill="F3F5F8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r>
              <w:rPr>
                <w:rFonts w:ascii="Arial" w:hAnsi="Arial" w:cs="Arial"/>
                <w:b/>
                <w:i w:val="0"/>
                <w:caps w:val="0"/>
                <w:color w:val="1E242E"/>
                <w:sz w:val="18"/>
              </w:rPr>
              <w:t>Entschieden von</w:t>
            </w:r>
          </w:p>
        </w:tc>
        <w:tc>
          <w:tcPr>
            <w:tcW w:type="dxa" w:w="1446"/>
            <w:shd w:val="clear" w:color="auto" w:fill="F3F5F8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r>
              <w:rPr>
                <w:rFonts w:ascii="Arial" w:hAnsi="Arial" w:cs="Arial"/>
                <w:b/>
                <w:i w:val="0"/>
                <w:caps w:val="0"/>
                <w:color w:val="1E242E"/>
                <w:sz w:val="18"/>
              </w:rPr>
              <w:t>Datum</w:t>
            </w:r>
          </w:p>
        </w:tc>
      </w:tr>
      <w:tr>
        <w:trPr>
          <w:trHeight w:val="482" w:hRule="atLeast"/>
        </w:trPr>
        <w:tc>
          <w:tcPr>
            <w:tcW w:type="dxa" w:w="771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r>
              <w:rPr>
                <w:rFonts w:ascii="Arial" w:hAnsi="Arial" w:cs="Arial"/>
                <w:b w:val="0"/>
                <w:i w:val="0"/>
                <w:caps w:val="0"/>
                <w:color w:val="1E242E"/>
                <w:sz w:val="20"/>
              </w:rPr>
              <w:t>1</w:t>
            </w:r>
          </w:p>
        </w:tc>
        <w:tc>
          <w:tcPr>
            <w:tcW w:type="dxa" w:w="5012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Entscheidung"/>
                <w:tag w:val="entscheidung"/>
                <w:id w:val="1027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  <w:tc>
          <w:tcPr>
            <w:tcW w:type="dxa" w:w="2409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Entschieden von"/>
                <w:tag w:val="entschieden-von"/>
                <w:id w:val="1028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  <w:tc>
          <w:tcPr>
            <w:tcW w:type="dxa" w:w="1446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Datum"/>
                <w:tag w:val="datum"/>
                <w:id w:val="1029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</w:tr>
      <w:tr>
        <w:trPr>
          <w:trHeight w:val="482" w:hRule="atLeast"/>
        </w:trPr>
        <w:tc>
          <w:tcPr>
            <w:tcW w:type="dxa" w:w="771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r>
              <w:rPr>
                <w:rFonts w:ascii="Arial" w:hAnsi="Arial" w:cs="Arial"/>
                <w:b w:val="0"/>
                <w:i w:val="0"/>
                <w:caps w:val="0"/>
                <w:color w:val="1E242E"/>
                <w:sz w:val="20"/>
              </w:rPr>
              <w:t>2</w:t>
            </w:r>
          </w:p>
        </w:tc>
        <w:tc>
          <w:tcPr>
            <w:tcW w:type="dxa" w:w="5012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Entscheidung"/>
                <w:tag w:val="entscheidung"/>
                <w:id w:val="1030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  <w:tc>
          <w:tcPr>
            <w:tcW w:type="dxa" w:w="2409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Entschieden von"/>
                <w:tag w:val="entschieden-von"/>
                <w:id w:val="1031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  <w:tc>
          <w:tcPr>
            <w:tcW w:type="dxa" w:w="1446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Datum"/>
                <w:tag w:val="datum"/>
                <w:id w:val="1032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</w:tr>
      <w:tr>
        <w:trPr>
          <w:trHeight w:val="482" w:hRule="atLeast"/>
        </w:trPr>
        <w:tc>
          <w:tcPr>
            <w:tcW w:type="dxa" w:w="771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r>
              <w:rPr>
                <w:rFonts w:ascii="Arial" w:hAnsi="Arial" w:cs="Arial"/>
                <w:b w:val="0"/>
                <w:i w:val="0"/>
                <w:caps w:val="0"/>
                <w:color w:val="1E242E"/>
                <w:sz w:val="20"/>
              </w:rPr>
              <w:t>3</w:t>
            </w:r>
          </w:p>
        </w:tc>
        <w:tc>
          <w:tcPr>
            <w:tcW w:type="dxa" w:w="5012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Entscheidung"/>
                <w:tag w:val="entscheidung"/>
                <w:id w:val="1033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  <w:tc>
          <w:tcPr>
            <w:tcW w:type="dxa" w:w="2409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Entschieden von"/>
                <w:tag w:val="entschieden-von"/>
                <w:id w:val="1034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  <w:tc>
          <w:tcPr>
            <w:tcW w:type="dxa" w:w="1446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Datum"/>
                <w:tag w:val="datum"/>
                <w:id w:val="1035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</w:tr>
    </w:tbl>
    <w:p>
      <w:pPr>
        <w:pStyle w:val="Heading2"/>
        <w:keepNext/>
        <w:spacing w:before="320" w:after="120"/>
      </w:pPr>
      <w:r>
        <w:rPr>
          <w:rFonts w:ascii="Arial" w:hAnsi="Arial" w:cs="Arial"/>
          <w:b/>
          <w:i w:val="0"/>
          <w:caps w:val="0"/>
          <w:color w:val="285B9A"/>
          <w:sz w:val="26"/>
        </w:rPr>
        <w:t xml:space="preserve">4.  </w:t>
      </w:r>
      <w:r>
        <w:rPr>
          <w:rFonts w:ascii="Arial" w:hAnsi="Arial" w:cs="Arial"/>
          <w:b/>
          <w:i w:val="0"/>
          <w:caps w:val="0"/>
          <w:color w:val="1E242E"/>
          <w:sz w:val="26"/>
        </w:rPr>
        <w:t>Aufgaben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Layout w:type="fixed"/>
      </w:tblPr>
      <w:tblGrid>
        <w:gridCol w:w="578"/>
        <w:gridCol w:w="5228"/>
        <w:gridCol w:w="1542"/>
        <w:gridCol w:w="1287"/>
        <w:gridCol w:w="1004"/>
      </w:tblGrid>
      <w:tr>
        <w:trPr>
          <w:trHeight w:val="351" w:hRule="atLeast"/>
        </w:trPr>
        <w:tc>
          <w:tcPr>
            <w:tcW w:type="dxa" w:w="578"/>
            <w:shd w:val="clear" w:color="auto" w:fill="F3F5F8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r>
              <w:rPr>
                <w:rFonts w:ascii="Arial" w:hAnsi="Arial" w:cs="Arial"/>
                <w:b/>
                <w:i w:val="0"/>
                <w:caps w:val="0"/>
                <w:color w:val="1E242E"/>
                <w:sz w:val="18"/>
              </w:rPr>
              <w:t>Nr.</w:t>
            </w:r>
          </w:p>
        </w:tc>
        <w:tc>
          <w:tcPr>
            <w:tcW w:type="dxa" w:w="5227"/>
            <w:shd w:val="clear" w:color="auto" w:fill="F3F5F8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r>
              <w:rPr>
                <w:rFonts w:ascii="Arial" w:hAnsi="Arial" w:cs="Arial"/>
                <w:b/>
                <w:i w:val="0"/>
                <w:caps w:val="0"/>
                <w:color w:val="1E242E"/>
                <w:sz w:val="18"/>
              </w:rPr>
              <w:t>Aufgabe</w:t>
            </w:r>
          </w:p>
        </w:tc>
        <w:tc>
          <w:tcPr>
            <w:tcW w:type="dxa" w:w="1542"/>
            <w:shd w:val="clear" w:color="auto" w:fill="F3F5F8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r>
              <w:rPr>
                <w:rFonts w:ascii="Arial" w:hAnsi="Arial" w:cs="Arial"/>
                <w:b/>
                <w:i w:val="0"/>
                <w:caps w:val="0"/>
                <w:color w:val="1E242E"/>
                <w:sz w:val="18"/>
              </w:rPr>
              <w:t>Verantwortlich</w:t>
            </w:r>
          </w:p>
        </w:tc>
        <w:tc>
          <w:tcPr>
            <w:tcW w:type="dxa" w:w="1287"/>
            <w:shd w:val="clear" w:color="auto" w:fill="F3F5F8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r>
              <w:rPr>
                <w:rFonts w:ascii="Arial" w:hAnsi="Arial" w:cs="Arial"/>
                <w:b/>
                <w:i w:val="0"/>
                <w:caps w:val="0"/>
                <w:color w:val="1E242E"/>
                <w:sz w:val="18"/>
              </w:rPr>
              <w:t>Frist</w:t>
            </w:r>
          </w:p>
        </w:tc>
        <w:tc>
          <w:tcPr>
            <w:tcW w:type="dxa" w:w="1003"/>
            <w:shd w:val="clear" w:color="auto" w:fill="F3F5F8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r>
              <w:rPr>
                <w:rFonts w:ascii="Arial" w:hAnsi="Arial" w:cs="Arial"/>
                <w:b/>
                <w:i w:val="0"/>
                <w:caps w:val="0"/>
                <w:color w:val="1E242E"/>
                <w:sz w:val="18"/>
              </w:rPr>
              <w:t>Status</w:t>
            </w:r>
          </w:p>
        </w:tc>
      </w:tr>
      <w:tr>
        <w:trPr>
          <w:trHeight w:val="482" w:hRule="atLeast"/>
        </w:trPr>
        <w:tc>
          <w:tcPr>
            <w:tcW w:type="dxa" w:w="578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r>
              <w:rPr>
                <w:rFonts w:ascii="Arial" w:hAnsi="Arial" w:cs="Arial"/>
                <w:b w:val="0"/>
                <w:i w:val="0"/>
                <w:caps w:val="0"/>
                <w:color w:val="1E242E"/>
                <w:sz w:val="20"/>
              </w:rPr>
              <w:t>1</w:t>
            </w:r>
          </w:p>
        </w:tc>
        <w:tc>
          <w:tcPr>
            <w:tcW w:type="dxa" w:w="5227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Aufgabe"/>
                <w:tag w:val="aufgabe"/>
                <w:id w:val="1036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  <w:tc>
          <w:tcPr>
            <w:tcW w:type="dxa" w:w="1542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Verantwortlich"/>
                <w:tag w:val="verantwortlich"/>
                <w:id w:val="1037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  <w:tc>
          <w:tcPr>
            <w:tcW w:type="dxa" w:w="1287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Frist"/>
                <w:tag w:val="frist"/>
                <w:id w:val="1038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  <w:tc>
          <w:tcPr>
            <w:tcW w:type="dxa" w:w="1003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Status"/>
                <w:tag w:val="status"/>
                <w:id w:val="1039"/>
                <w:dropDownList>
                  <w:listItem w:displayText="offen" w:value="offen"/>
                  <w:listItem w:displayText="in Arbeit" w:value="in Arbeit"/>
                  <w:listItem w:displayText="erledigt" w:value="erledigt"/>
                </w:dropDownList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  <w:t>offen</w:t>
                </w:r>
              </w:sdtContent>
            </w:sdt>
          </w:p>
        </w:tc>
      </w:tr>
      <w:tr>
        <w:trPr>
          <w:trHeight w:val="482" w:hRule="atLeast"/>
        </w:trPr>
        <w:tc>
          <w:tcPr>
            <w:tcW w:type="dxa" w:w="578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r>
              <w:rPr>
                <w:rFonts w:ascii="Arial" w:hAnsi="Arial" w:cs="Arial"/>
                <w:b w:val="0"/>
                <w:i w:val="0"/>
                <w:caps w:val="0"/>
                <w:color w:val="1E242E"/>
                <w:sz w:val="20"/>
              </w:rPr>
              <w:t>2</w:t>
            </w:r>
          </w:p>
        </w:tc>
        <w:tc>
          <w:tcPr>
            <w:tcW w:type="dxa" w:w="5227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Aufgabe"/>
                <w:tag w:val="aufgabe"/>
                <w:id w:val="1040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  <w:tc>
          <w:tcPr>
            <w:tcW w:type="dxa" w:w="1542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Verantwortlich"/>
                <w:tag w:val="verantwortlich"/>
                <w:id w:val="1041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  <w:tc>
          <w:tcPr>
            <w:tcW w:type="dxa" w:w="1287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Frist"/>
                <w:tag w:val="frist"/>
                <w:id w:val="1042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  <w:tc>
          <w:tcPr>
            <w:tcW w:type="dxa" w:w="1003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Status"/>
                <w:tag w:val="status"/>
                <w:id w:val="1043"/>
                <w:dropDownList>
                  <w:listItem w:displayText="offen" w:value="offen"/>
                  <w:listItem w:displayText="in Arbeit" w:value="in Arbeit"/>
                  <w:listItem w:displayText="erledigt" w:value="erledigt"/>
                </w:dropDownList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  <w:t>offen</w:t>
                </w:r>
              </w:sdtContent>
            </w:sdt>
          </w:p>
        </w:tc>
      </w:tr>
      <w:tr>
        <w:trPr>
          <w:trHeight w:val="482" w:hRule="atLeast"/>
        </w:trPr>
        <w:tc>
          <w:tcPr>
            <w:tcW w:type="dxa" w:w="578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r>
              <w:rPr>
                <w:rFonts w:ascii="Arial" w:hAnsi="Arial" w:cs="Arial"/>
                <w:b w:val="0"/>
                <w:i w:val="0"/>
                <w:caps w:val="0"/>
                <w:color w:val="1E242E"/>
                <w:sz w:val="20"/>
              </w:rPr>
              <w:t>3</w:t>
            </w:r>
          </w:p>
        </w:tc>
        <w:tc>
          <w:tcPr>
            <w:tcW w:type="dxa" w:w="5227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Aufgabe"/>
                <w:tag w:val="aufgabe"/>
                <w:id w:val="1044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  <w:tc>
          <w:tcPr>
            <w:tcW w:type="dxa" w:w="1542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Verantwortlich"/>
                <w:tag w:val="verantwortlich"/>
                <w:id w:val="1045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  <w:tc>
          <w:tcPr>
            <w:tcW w:type="dxa" w:w="1287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Frist"/>
                <w:tag w:val="frist"/>
                <w:id w:val="1046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  <w:tc>
          <w:tcPr>
            <w:tcW w:type="dxa" w:w="1003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Status"/>
                <w:tag w:val="status"/>
                <w:id w:val="1047"/>
                <w:dropDownList>
                  <w:listItem w:displayText="offen" w:value="offen"/>
                  <w:listItem w:displayText="in Arbeit" w:value="in Arbeit"/>
                  <w:listItem w:displayText="erledigt" w:value="erledigt"/>
                </w:dropDownList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  <w:t>offen</w:t>
                </w:r>
              </w:sdtContent>
            </w:sdt>
          </w:p>
        </w:tc>
      </w:tr>
      <w:tr>
        <w:trPr>
          <w:trHeight w:val="482" w:hRule="atLeast"/>
        </w:trPr>
        <w:tc>
          <w:tcPr>
            <w:tcW w:type="dxa" w:w="578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r>
              <w:rPr>
                <w:rFonts w:ascii="Arial" w:hAnsi="Arial" w:cs="Arial"/>
                <w:b w:val="0"/>
                <w:i w:val="0"/>
                <w:caps w:val="0"/>
                <w:color w:val="1E242E"/>
                <w:sz w:val="20"/>
              </w:rPr>
              <w:t>4</w:t>
            </w:r>
          </w:p>
        </w:tc>
        <w:tc>
          <w:tcPr>
            <w:tcW w:type="dxa" w:w="5227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Aufgabe"/>
                <w:tag w:val="aufgabe"/>
                <w:id w:val="1048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  <w:tc>
          <w:tcPr>
            <w:tcW w:type="dxa" w:w="1542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Verantwortlich"/>
                <w:tag w:val="verantwortlich"/>
                <w:id w:val="1049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  <w:tc>
          <w:tcPr>
            <w:tcW w:type="dxa" w:w="1287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Frist"/>
                <w:tag w:val="frist"/>
                <w:id w:val="1050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  <w:tc>
          <w:tcPr>
            <w:tcW w:type="dxa" w:w="1003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Status"/>
                <w:tag w:val="status"/>
                <w:id w:val="1051"/>
                <w:dropDownList>
                  <w:listItem w:displayText="offen" w:value="offen"/>
                  <w:listItem w:displayText="in Arbeit" w:value="in Arbeit"/>
                  <w:listItem w:displayText="erledigt" w:value="erledigt"/>
                </w:dropDownList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  <w:t>offen</w:t>
                </w:r>
              </w:sdtContent>
            </w:sdt>
          </w:p>
        </w:tc>
      </w:tr>
      <w:tr>
        <w:trPr>
          <w:trHeight w:val="482" w:hRule="atLeast"/>
        </w:trPr>
        <w:tc>
          <w:tcPr>
            <w:tcW w:type="dxa" w:w="578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r>
              <w:rPr>
                <w:rFonts w:ascii="Arial" w:hAnsi="Arial" w:cs="Arial"/>
                <w:b w:val="0"/>
                <w:i w:val="0"/>
                <w:caps w:val="0"/>
                <w:color w:val="1E242E"/>
                <w:sz w:val="20"/>
              </w:rPr>
              <w:t>5</w:t>
            </w:r>
          </w:p>
        </w:tc>
        <w:tc>
          <w:tcPr>
            <w:tcW w:type="dxa" w:w="5227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Aufgabe"/>
                <w:tag w:val="aufgabe"/>
                <w:id w:val="1052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  <w:tc>
          <w:tcPr>
            <w:tcW w:type="dxa" w:w="1542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Verantwortlich"/>
                <w:tag w:val="verantwortlich"/>
                <w:id w:val="1053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  <w:tc>
          <w:tcPr>
            <w:tcW w:type="dxa" w:w="1287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Frist"/>
                <w:tag w:val="frist"/>
                <w:id w:val="1054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  <w:tc>
          <w:tcPr>
            <w:tcW w:type="dxa" w:w="1003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Status"/>
                <w:tag w:val="status"/>
                <w:id w:val="1055"/>
                <w:dropDownList>
                  <w:listItem w:displayText="offen" w:value="offen"/>
                  <w:listItem w:displayText="in Arbeit" w:value="in Arbeit"/>
                  <w:listItem w:displayText="erledigt" w:value="erledigt"/>
                </w:dropDownList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  <w:t>offen</w:t>
                </w:r>
              </w:sdtContent>
            </w:sdt>
          </w:p>
        </w:tc>
      </w:tr>
    </w:tbl>
    <w:p>
      <w:pPr>
        <w:pStyle w:val="Heading2"/>
        <w:keepNext/>
        <w:spacing w:before="320" w:after="120"/>
      </w:pPr>
      <w:r>
        <w:rPr>
          <w:rFonts w:ascii="Arial" w:hAnsi="Arial" w:cs="Arial"/>
          <w:b/>
          <w:i w:val="0"/>
          <w:caps w:val="0"/>
          <w:color w:val="285B9A"/>
          <w:sz w:val="26"/>
        </w:rPr>
        <w:t xml:space="preserve">5.  </w:t>
      </w:r>
      <w:r>
        <w:rPr>
          <w:rFonts w:ascii="Arial" w:hAnsi="Arial" w:cs="Arial"/>
          <w:b/>
          <w:i w:val="0"/>
          <w:caps w:val="0"/>
          <w:color w:val="1E242E"/>
          <w:sz w:val="26"/>
        </w:rPr>
        <w:t>Offene Punkte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Layout w:type="fixed"/>
      </w:tblPr>
      <w:tblGrid>
        <w:gridCol w:w="771"/>
        <w:gridCol w:w="5012"/>
        <w:gridCol w:w="2410"/>
        <w:gridCol w:w="1446"/>
      </w:tblGrid>
      <w:tr>
        <w:trPr>
          <w:trHeight w:val="351" w:hRule="atLeast"/>
        </w:trPr>
        <w:tc>
          <w:tcPr>
            <w:tcW w:type="dxa" w:w="771"/>
            <w:shd w:val="clear" w:color="auto" w:fill="F3F5F8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r>
              <w:rPr>
                <w:rFonts w:ascii="Arial" w:hAnsi="Arial" w:cs="Arial"/>
                <w:b/>
                <w:i w:val="0"/>
                <w:caps w:val="0"/>
                <w:color w:val="1E242E"/>
                <w:sz w:val="18"/>
              </w:rPr>
              <w:t>Nr.</w:t>
            </w:r>
          </w:p>
        </w:tc>
        <w:tc>
          <w:tcPr>
            <w:tcW w:type="dxa" w:w="5012"/>
            <w:shd w:val="clear" w:color="auto" w:fill="F3F5F8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r>
              <w:rPr>
                <w:rFonts w:ascii="Arial" w:hAnsi="Arial" w:cs="Arial"/>
                <w:b/>
                <w:i w:val="0"/>
                <w:caps w:val="0"/>
                <w:color w:val="1E242E"/>
                <w:sz w:val="18"/>
              </w:rPr>
              <w:t>Offener Punkt</w:t>
            </w:r>
          </w:p>
        </w:tc>
        <w:tc>
          <w:tcPr>
            <w:tcW w:type="dxa" w:w="2409"/>
            <w:shd w:val="clear" w:color="auto" w:fill="F3F5F8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r>
              <w:rPr>
                <w:rFonts w:ascii="Arial" w:hAnsi="Arial" w:cs="Arial"/>
                <w:b/>
                <w:i w:val="0"/>
                <w:caps w:val="0"/>
                <w:color w:val="1E242E"/>
                <w:sz w:val="18"/>
              </w:rPr>
              <w:t>Wer klärt das</w:t>
            </w:r>
          </w:p>
        </w:tc>
        <w:tc>
          <w:tcPr>
            <w:tcW w:type="dxa" w:w="1446"/>
            <w:shd w:val="clear" w:color="auto" w:fill="F3F5F8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r>
              <w:rPr>
                <w:rFonts w:ascii="Arial" w:hAnsi="Arial" w:cs="Arial"/>
                <w:b/>
                <w:i w:val="0"/>
                <w:caps w:val="0"/>
                <w:color w:val="1E242E"/>
                <w:sz w:val="18"/>
              </w:rPr>
              <w:t>Bis wann</w:t>
            </w:r>
          </w:p>
        </w:tc>
      </w:tr>
      <w:tr>
        <w:trPr>
          <w:trHeight w:val="482" w:hRule="atLeast"/>
        </w:trPr>
        <w:tc>
          <w:tcPr>
            <w:tcW w:type="dxa" w:w="771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r>
              <w:rPr>
                <w:rFonts w:ascii="Arial" w:hAnsi="Arial" w:cs="Arial"/>
                <w:b w:val="0"/>
                <w:i w:val="0"/>
                <w:caps w:val="0"/>
                <w:color w:val="1E242E"/>
                <w:sz w:val="20"/>
              </w:rPr>
              <w:t>1</w:t>
            </w:r>
          </w:p>
        </w:tc>
        <w:tc>
          <w:tcPr>
            <w:tcW w:type="dxa" w:w="5012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Offener Punkt"/>
                <w:tag w:val="offener-punkt"/>
                <w:id w:val="1056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  <w:tc>
          <w:tcPr>
            <w:tcW w:type="dxa" w:w="2409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Wer klärt das"/>
                <w:tag w:val="wer-klärt-das"/>
                <w:id w:val="1057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  <w:tc>
          <w:tcPr>
            <w:tcW w:type="dxa" w:w="1446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Bis wann"/>
                <w:tag w:val="bis-wann"/>
                <w:id w:val="1058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</w:tr>
      <w:tr>
        <w:trPr>
          <w:trHeight w:val="482" w:hRule="atLeast"/>
        </w:trPr>
        <w:tc>
          <w:tcPr>
            <w:tcW w:type="dxa" w:w="771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r>
              <w:rPr>
                <w:rFonts w:ascii="Arial" w:hAnsi="Arial" w:cs="Arial"/>
                <w:b w:val="0"/>
                <w:i w:val="0"/>
                <w:caps w:val="0"/>
                <w:color w:val="1E242E"/>
                <w:sz w:val="20"/>
              </w:rPr>
              <w:t>2</w:t>
            </w:r>
          </w:p>
        </w:tc>
        <w:tc>
          <w:tcPr>
            <w:tcW w:type="dxa" w:w="5012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Offener Punkt"/>
                <w:tag w:val="offener-punkt"/>
                <w:id w:val="1059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  <w:tc>
          <w:tcPr>
            <w:tcW w:type="dxa" w:w="2409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Wer klärt das"/>
                <w:tag w:val="wer-klärt-das"/>
                <w:id w:val="1060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  <w:tc>
          <w:tcPr>
            <w:tcW w:type="dxa" w:w="1446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Bis wann"/>
                <w:tag w:val="bis-wann"/>
                <w:id w:val="1061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</w:tr>
      <w:tr>
        <w:trPr>
          <w:trHeight w:val="482" w:hRule="atLeast"/>
        </w:trPr>
        <w:tc>
          <w:tcPr>
            <w:tcW w:type="dxa" w:w="771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r>
              <w:rPr>
                <w:rFonts w:ascii="Arial" w:hAnsi="Arial" w:cs="Arial"/>
                <w:b w:val="0"/>
                <w:i w:val="0"/>
                <w:caps w:val="0"/>
                <w:color w:val="1E242E"/>
                <w:sz w:val="20"/>
              </w:rPr>
              <w:t>3</w:t>
            </w:r>
          </w:p>
        </w:tc>
        <w:tc>
          <w:tcPr>
            <w:tcW w:type="dxa" w:w="5012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Offener Punkt"/>
                <w:tag w:val="offener-punkt"/>
                <w:id w:val="1062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  <w:tc>
          <w:tcPr>
            <w:tcW w:type="dxa" w:w="2409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Wer klärt das"/>
                <w:tag w:val="wer-klärt-das"/>
                <w:id w:val="1063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  <w:tc>
          <w:tcPr>
            <w:tcW w:type="dxa" w:w="1446"/>
            <w:tcBorders>
              <w:bottom w:val="single" w:sz="4" w:space="0" w:color="DEE1E7"/>
            </w:tcBorders>
          </w:tcPr>
          <w:p>
            <w:pPr>
              <w:spacing w:before="60" w:after="60"/>
            </w:pPr>
            <w:sdt>
              <w:sdtPr>
                <w:alias w:val="Bis wann"/>
                <w:tag w:val="bis-wann"/>
                <w:id w:val="1064"/>
                <w:text/>
              </w:sdtPr>
              <w:sdtContent>
                <w:r>
                  <w:rPr>
                    <w:rFonts w:ascii="Arial" w:hAnsi="Arial" w:cs="Arial"/>
                    <w:b w:val="0"/>
                    <w:i w:val="0"/>
                    <w:caps w:val="0"/>
                    <w:color w:val="5E646D"/>
                    <w:sz w:val="20"/>
                  </w:rPr>
                </w:r>
              </w:sdtContent>
            </w:sdt>
          </w:p>
        </w:tc>
      </w:tr>
    </w:tbl>
    <w:p>
      <w:pPr>
        <w:pStyle w:val="Heading2"/>
        <w:keepNext/>
        <w:spacing w:before="320" w:after="120"/>
      </w:pPr>
      <w:r>
        <w:rPr>
          <w:rFonts w:ascii="Arial" w:hAnsi="Arial" w:cs="Arial"/>
          <w:b/>
          <w:i w:val="0"/>
          <w:caps w:val="0"/>
          <w:color w:val="285B9A"/>
          <w:sz w:val="26"/>
        </w:rPr>
        <w:t xml:space="preserve">6.  </w:t>
      </w:r>
      <w:r>
        <w:rPr>
          <w:rFonts w:ascii="Arial" w:hAnsi="Arial" w:cs="Arial"/>
          <w:b/>
          <w:i w:val="0"/>
          <w:caps w:val="0"/>
          <w:color w:val="1E242E"/>
          <w:sz w:val="26"/>
        </w:rPr>
        <w:t>Nächster Termin</w:t>
      </w:r>
    </w:p>
    <w:p>
      <w:pPr>
        <w:spacing w:before="0" w:after="280" w:line="276" w:lineRule="auto"/>
      </w:pPr>
      <w:r>
        <w:rPr>
          <w:rFonts w:ascii="Arial" w:hAnsi="Arial" w:cs="Arial"/>
          <w:b w:val="0"/>
          <w:i w:val="0"/>
          <w:caps w:val="0"/>
          <w:color w:val="5E646D"/>
          <w:sz w:val="20"/>
        </w:rPr>
        <w:t xml:space="preserve">Datum  </w:t>
      </w:r>
      <w:sdt>
        <w:sdtPr>
          <w:alias w:val="Datum"/>
          <w:tag w:val="datum"/>
          <w:id w:val="1065"/>
          <w:text/>
        </w:sdtPr>
        <w:sdtContent>
          <w:r>
            <w:rPr>
              <w:rFonts w:ascii="Arial" w:hAnsi="Arial" w:cs="Arial"/>
              <w:b w:val="0"/>
              <w:i w:val="0"/>
              <w:caps w:val="0"/>
              <w:color w:val="5E646D"/>
              <w:sz w:val="21"/>
            </w:rPr>
            <w:t>TT.MM.JJJJ</w:t>
          </w:r>
        </w:sdtContent>
      </w:sdt>
      <w:r>
        <w:rPr>
          <w:rFonts w:ascii="Arial" w:hAnsi="Arial" w:cs="Arial"/>
          <w:b w:val="0"/>
          <w:i w:val="0"/>
          <w:caps w:val="0"/>
          <w:color w:val="5E646D"/>
          <w:sz w:val="20"/>
        </w:rPr>
        <w:t xml:space="preserve">        Uhrzeit  </w:t>
      </w:r>
      <w:sdt>
        <w:sdtPr>
          <w:alias w:val="Uhrzeit"/>
          <w:tag w:val="uhrzeit"/>
          <w:id w:val="1066"/>
          <w:text/>
        </w:sdtPr>
        <w:sdtContent>
          <w:r>
            <w:rPr>
              <w:rFonts w:ascii="Arial" w:hAnsi="Arial" w:cs="Arial"/>
              <w:b w:val="0"/>
              <w:i w:val="0"/>
              <w:caps w:val="0"/>
              <w:color w:val="5E646D"/>
              <w:sz w:val="21"/>
            </w:rPr>
            <w:t>hh:mm</w:t>
          </w:r>
        </w:sdtContent>
      </w:sdt>
      <w:r>
        <w:rPr>
          <w:rFonts w:ascii="Arial" w:hAnsi="Arial" w:cs="Arial"/>
          <w:b w:val="0"/>
          <w:i w:val="0"/>
          <w:caps w:val="0"/>
          <w:color w:val="5E646D"/>
          <w:sz w:val="20"/>
        </w:rPr>
        <w:t xml:space="preserve">        Ort oder Link  </w:t>
      </w:r>
      <w:sdt>
        <w:sdtPr>
          <w:alias w:val="Ort oder Link"/>
          <w:tag w:val="ort-oder-link"/>
          <w:id w:val="1067"/>
          <w:text/>
        </w:sdtPr>
        <w:sdtContent>
          <w:r>
            <w:rPr>
              <w:rFonts w:ascii="Arial" w:hAnsi="Arial" w:cs="Arial"/>
              <w:b w:val="0"/>
              <w:i w:val="0"/>
              <w:caps w:val="0"/>
              <w:color w:val="5E646D"/>
              <w:sz w:val="21"/>
            </w:rPr>
            <w:t>Raum oder Link</w:t>
          </w:r>
        </w:sdtContent>
      </w:sdt>
    </w:p>
    <w:p>
      <w:pPr>
        <w:spacing w:before="200" w:after="200"/>
        <w:pBdr>
          <w:bottom w:val="single" w:sz="6" w:space="1" w:color="DEE1E7"/>
        </w:pBdr>
      </w:pP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</w:tblPr>
      <w:tblGrid>
        <w:gridCol w:w="4819"/>
        <w:gridCol w:w="4819"/>
      </w:tblGrid>
      <w:tr>
        <w:tc>
          <w:tcPr>
            <w:tcW w:type="dxa" w:w="4819"/>
          </w:tcPr>
          <w:p>
            <w:r>
              <w:rPr>
                <w:rFonts w:ascii="Arial" w:hAnsi="Arial" w:cs="Arial"/>
                <w:b w:val="0"/>
                <w:i w:val="0"/>
                <w:caps w:val="0"/>
                <w:color w:val="5E646D"/>
                <w:sz w:val="19"/>
              </w:rPr>
              <w:t xml:space="preserve">Protokollführung: </w:t>
            </w:r>
            <w:r>
              <w:rPr>
                <w:rFonts w:ascii="Arial" w:hAnsi="Arial" w:cs="Arial"/>
                <w:b w:val="0"/>
                <w:i w:val="0"/>
                <w:caps w:val="0"/>
                <w:color w:val="5E646D"/>
                <w:sz w:val="21"/>
              </w:rPr>
              <w:t>______________________</w:t>
            </w:r>
          </w:p>
        </w:tc>
        <w:tc>
          <w:tcPr>
            <w:tcW w:type="dxa" w:w="4819"/>
          </w:tcPr>
          <w:p>
            <w:r>
              <w:rPr>
                <w:rFonts w:ascii="Arial" w:hAnsi="Arial" w:cs="Arial"/>
                <w:b w:val="0"/>
                <w:i w:val="0"/>
                <w:caps w:val="0"/>
                <w:color w:val="5E646D"/>
                <w:sz w:val="19"/>
              </w:rPr>
              <w:t xml:space="preserve">Freigabe durch die Leitung: </w:t>
            </w:r>
            <w:r>
              <w:rPr>
                <w:rFonts w:ascii="Arial" w:hAnsi="Arial" w:cs="Arial"/>
                <w:b w:val="0"/>
                <w:i w:val="0"/>
                <w:caps w:val="0"/>
                <w:color w:val="5E646D"/>
                <w:sz w:val="21"/>
              </w:rPr>
              <w:t>______________________</w:t>
            </w:r>
          </w:p>
        </w:tc>
      </w:tr>
    </w:tbl>
    <w:sectPr w:rsidR="00FC693F" w:rsidRPr="0006063C" w:rsidSect="00034616">
      <w:headerReference w:type="first" r:id="rId9"/>
      <w:headerReference w:type="default" r:id="rId10"/>
      <w:footerReference w:type="default" r:id="rId11"/>
      <w:footerReference w:type="first" r:id="rId12"/>
      <w:pgSz w:w="11906" w:h="16838"/>
      <w:pgMar w:top="1134" w:right="1134" w:bottom="1134" w:left="1134" w:header="680" w:footer="624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819" w:val="center"/>
        <w:tab w:pos="9638" w:val="right"/>
      </w:tabs>
      <w:spacing w:before="0"/>
    </w:pPr>
    <w:r>
      <w:rPr>
        <w:rFonts w:ascii="Arial" w:hAnsi="Arial" w:cs="Arial"/>
        <w:b w:val="0"/>
        <w:i w:val="0"/>
        <w:caps w:val="0"/>
        <w:color w:val="5E646D"/>
        <w:sz w:val="16"/>
      </w:rPr>
      <w:t>Besprechungsprotokoll</w:t>
    </w:r>
    <w:r>
      <w:rPr>
        <w:rFonts w:ascii="Arial" w:hAnsi="Arial" w:cs="Arial"/>
        <w:b w:val="0"/>
        <w:i w:val="0"/>
        <w:caps w:val="0"/>
        <w:color w:val="5E646D"/>
        <w:sz w:val="16"/>
      </w:rPr>
      <w:tab/>
      <w:t xml:space="preserve">Seite </w:t>
    </w:r>
    <w:r>
      <w:rPr>
        <w:rFonts w:ascii="Arial" w:hAnsi="Arial" w:cs="Arial"/>
        <w:b w:val="0"/>
        <w:i w:val="0"/>
        <w:caps w:val="0"/>
        <w:color w:val="5E646D"/>
        <w:sz w:val="16"/>
      </w:rPr>
      <w:fldChar w:fldCharType="begin"/>
    </w:r>
    <w:r>
      <w:rPr>
        <w:rFonts w:ascii="Arial" w:hAnsi="Arial" w:cs="Arial"/>
        <w:b w:val="0"/>
        <w:i w:val="0"/>
        <w:caps w:val="0"/>
        <w:color w:val="5E646D"/>
        <w:sz w:val="16"/>
      </w:rPr>
      <w:instrText xml:space="preserve"> PAGE </w:instrText>
    </w:r>
    <w:r>
      <w:rPr>
        <w:rFonts w:ascii="Arial" w:hAnsi="Arial" w:cs="Arial"/>
        <w:b w:val="0"/>
        <w:i w:val="0"/>
        <w:caps w:val="0"/>
        <w:color w:val="5E646D"/>
        <w:sz w:val="16"/>
      </w:rPr>
      <w:fldChar w:fldCharType="end"/>
    </w:r>
    <w:r>
      <w:rPr>
        <w:rFonts w:ascii="Arial" w:hAnsi="Arial" w:cs="Arial"/>
        <w:b w:val="0"/>
        <w:i w:val="0"/>
        <w:caps w:val="0"/>
        <w:color w:val="5E646D"/>
        <w:sz w:val="16"/>
      </w:rPr>
      <w:t xml:space="preserve"> von </w:t>
    </w:r>
    <w:r>
      <w:rPr>
        <w:rFonts w:ascii="Arial" w:hAnsi="Arial" w:cs="Arial"/>
        <w:b w:val="0"/>
        <w:i w:val="0"/>
        <w:caps w:val="0"/>
        <w:color w:val="5E646D"/>
        <w:sz w:val="16"/>
      </w:rPr>
      <w:fldChar w:fldCharType="begin"/>
    </w:r>
    <w:r>
      <w:rPr>
        <w:rFonts w:ascii="Arial" w:hAnsi="Arial" w:cs="Arial"/>
        <w:b w:val="0"/>
        <w:i w:val="0"/>
        <w:caps w:val="0"/>
        <w:color w:val="5E646D"/>
        <w:sz w:val="16"/>
      </w:rPr>
      <w:instrText xml:space="preserve"> NUMPAGES </w:instrText>
    </w:r>
    <w:r>
      <w:rPr>
        <w:rFonts w:ascii="Arial" w:hAnsi="Arial" w:cs="Arial"/>
        <w:b w:val="0"/>
        <w:i w:val="0"/>
        <w:caps w:val="0"/>
        <w:color w:val="5E646D"/>
        <w:sz w:val="16"/>
      </w:rPr>
      <w:fldChar w:fldCharType="end"/>
    </w:r>
    <w:r>
      <w:rPr>
        <w:rFonts w:ascii="Arial" w:hAnsi="Arial" w:cs="Arial"/>
        <w:b w:val="0"/>
        <w:i w:val="0"/>
        <w:caps w:val="0"/>
        <w:color w:val="5E646D"/>
        <w:sz w:val="16"/>
      </w:rPr>
      <w:tab/>
      <w:t>Vorlage: raven.ceo/vorlagen/besprechungsprotokoll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819" w:val="center"/>
        <w:tab w:pos="9638" w:val="right"/>
      </w:tabs>
      <w:spacing w:before="0"/>
    </w:pPr>
    <w:r>
      <w:rPr>
        <w:rFonts w:ascii="Arial" w:hAnsi="Arial" w:cs="Arial"/>
        <w:b w:val="0"/>
        <w:i w:val="0"/>
        <w:caps w:val="0"/>
        <w:color w:val="5E646D"/>
        <w:sz w:val="16"/>
      </w:rPr>
      <w:t>Besprechungsprotokoll</w:t>
    </w:r>
    <w:r>
      <w:rPr>
        <w:rFonts w:ascii="Arial" w:hAnsi="Arial" w:cs="Arial"/>
        <w:b w:val="0"/>
        <w:i w:val="0"/>
        <w:caps w:val="0"/>
        <w:color w:val="5E646D"/>
        <w:sz w:val="16"/>
      </w:rPr>
      <w:tab/>
      <w:t xml:space="preserve">Seite </w:t>
    </w:r>
    <w:r>
      <w:rPr>
        <w:rFonts w:ascii="Arial" w:hAnsi="Arial" w:cs="Arial"/>
        <w:b w:val="0"/>
        <w:i w:val="0"/>
        <w:caps w:val="0"/>
        <w:color w:val="5E646D"/>
        <w:sz w:val="16"/>
      </w:rPr>
      <w:fldChar w:fldCharType="begin"/>
    </w:r>
    <w:r>
      <w:rPr>
        <w:rFonts w:ascii="Arial" w:hAnsi="Arial" w:cs="Arial"/>
        <w:b w:val="0"/>
        <w:i w:val="0"/>
        <w:caps w:val="0"/>
        <w:color w:val="5E646D"/>
        <w:sz w:val="16"/>
      </w:rPr>
      <w:instrText xml:space="preserve"> PAGE </w:instrText>
    </w:r>
    <w:r>
      <w:rPr>
        <w:rFonts w:ascii="Arial" w:hAnsi="Arial" w:cs="Arial"/>
        <w:b w:val="0"/>
        <w:i w:val="0"/>
        <w:caps w:val="0"/>
        <w:color w:val="5E646D"/>
        <w:sz w:val="16"/>
      </w:rPr>
      <w:fldChar w:fldCharType="end"/>
    </w:r>
    <w:r>
      <w:rPr>
        <w:rFonts w:ascii="Arial" w:hAnsi="Arial" w:cs="Arial"/>
        <w:b w:val="0"/>
        <w:i w:val="0"/>
        <w:caps w:val="0"/>
        <w:color w:val="5E646D"/>
        <w:sz w:val="16"/>
      </w:rPr>
      <w:t xml:space="preserve"> von </w:t>
    </w:r>
    <w:r>
      <w:rPr>
        <w:rFonts w:ascii="Arial" w:hAnsi="Arial" w:cs="Arial"/>
        <w:b w:val="0"/>
        <w:i w:val="0"/>
        <w:caps w:val="0"/>
        <w:color w:val="5E646D"/>
        <w:sz w:val="16"/>
      </w:rPr>
      <w:fldChar w:fldCharType="begin"/>
    </w:r>
    <w:r>
      <w:rPr>
        <w:rFonts w:ascii="Arial" w:hAnsi="Arial" w:cs="Arial"/>
        <w:b w:val="0"/>
        <w:i w:val="0"/>
        <w:caps w:val="0"/>
        <w:color w:val="5E646D"/>
        <w:sz w:val="16"/>
      </w:rPr>
      <w:instrText xml:space="preserve"> NUMPAGES </w:instrText>
    </w:r>
    <w:r>
      <w:rPr>
        <w:rFonts w:ascii="Arial" w:hAnsi="Arial" w:cs="Arial"/>
        <w:b w:val="0"/>
        <w:i w:val="0"/>
        <w:caps w:val="0"/>
        <w:color w:val="5E646D"/>
        <w:sz w:val="16"/>
      </w:rPr>
      <w:fldChar w:fldCharType="end"/>
    </w:r>
    <w:r>
      <w:rPr>
        <w:rFonts w:ascii="Arial" w:hAnsi="Arial" w:cs="Arial"/>
        <w:b w:val="0"/>
        <w:i w:val="0"/>
        <w:caps w:val="0"/>
        <w:color w:val="5E646D"/>
        <w:sz w:val="16"/>
      </w:rPr>
      <w:tab/>
      <w:t>Vorlage: raven.ceo/vorlagen/besprechungsprotokoll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>
      <w:rPr>
        <w:rFonts w:ascii="Arial" w:hAnsi="Arial" w:cs="Arial"/>
        <w:b w:val="0"/>
        <w:i w:val="0"/>
        <w:caps/>
        <w:color w:val="5E646D"/>
        <w:sz w:val="17"/>
      </w:rPr>
      <w:t>Besprechungsprotokoll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color w:val="1E242E"/>
      <w:sz w:val="21"/>
      <w:lang w:val="de-DE" w:eastAsia="de-D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raven.ceo/vorlagen</Application>
  <Company>Raven</Company>
  <AppVersion>1.0000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Besprechungsprotokoll (Vorlage)</dc:title>
  <dc:subject>Vorlage für ein Ergebnisprotokoll einer Besprechung</dc:subject>
  <dc:creator>Raven</dc:creator>
  <cp:keywords/>
  <dc:description>raven.ceo/vorlagen/besprechungsprotokoll</dc:description>
  <cp:lastModifiedBy>Raven</cp:lastModifiedBy>
  <cp:revision>1</cp:revision>
  <dcterms:created xsi:type="dcterms:W3CDTF">2013-12-23T23:15:00Z</dcterms:created>
  <dcterms:modified xsi:type="dcterms:W3CDTF">2013-12-23T23:15:00Z</dcterms:modified>
  <cp:category>Vorlage</cp:category>
</cp:coreProperties>
</file>