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cs="Arial"/>
          <w:b/>
          <w:i w:val="0"/>
          <w:caps w:val="0"/>
          <w:color w:val="1E242E"/>
          <w:sz w:val="52"/>
        </w:rPr>
        <w:t>Gesprächsprotokoll</w:t>
      </w:r>
    </w:p>
    <w:p>
      <w:pPr>
        <w:spacing w:before="0" w:after="40" w:line="276" w:lineRule="auto"/>
      </w:pPr>
      <w:sdt>
        <w:sdtPr>
          <w:alias w:val="Titel der Besprechung"/>
          <w:tag w:val="titel-der-besprechung"/>
          <w:id w:val="1045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5"/>
            </w:rPr>
            <w:t>Anlass des Gesprächs</w:t>
          </w:r>
        </w:sdtContent>
      </w:sdt>
    </w:p>
    <w:p>
      <w:pPr>
        <w:spacing w:before="80" w:after="280"/>
        <w:pBdr>
          <w:bottom w:val="single" w:sz="6" w:space="1" w:color="285B9A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Datum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Datum"/>
                <w:tag w:val="datum"/>
                <w:id w:val="104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TT.MM.JJJJ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Uhrzeit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Uhrzeit"/>
                <w:tag w:val="uhrzeit"/>
                <w:id w:val="104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von … bis …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Art des Gesprächs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Art des Gesprächs"/>
                <w:tag w:val="art-des-gesprächs"/>
                <w:id w:val="104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vor Ort, Telefon oder Video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Gesprächspartner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Gesprächspartner"/>
                <w:tag w:val="gesprächspartner"/>
                <w:id w:val="104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Name, Funktion, Firma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Von unserer Seite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Von unserer Seite"/>
                <w:tag w:val="von-unserer-seite"/>
                <w:id w:val="105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Namen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Protokoll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Protokoll"/>
                <w:tag w:val="protokoll"/>
                <w:id w:val="105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</w:t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1.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Gesprächsinhalt</w:t>
      </w:r>
    </w:p>
    <w:p>
      <w:pPr>
        <w:keepNext/>
        <w:spacing w:before="160" w:after="60" w:line="276" w:lineRule="auto"/>
      </w:pPr>
      <w:r>
        <w:rPr>
          <w:rFonts w:ascii="Arial" w:hAnsi="Arial" w:cs="Arial"/>
          <w:b/>
          <w:i w:val="0"/>
          <w:caps w:val="0"/>
          <w:color w:val="1E242E"/>
          <w:sz w:val="22"/>
        </w:rPr>
        <w:t xml:space="preserve">Thema: </w:t>
      </w:r>
      <w:sdt>
        <w:sdtPr>
          <w:alias w:val="Thema 1"/>
          <w:tag w:val="thema-1"/>
          <w:id w:val="1052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2"/>
            </w:rPr>
            <w:t>worum es ging</w:t>
          </w:r>
        </w:sdtContent>
      </w:sdt>
    </w:p>
    <w:p>
      <w:pPr>
        <w:spacing w:before="0" w:after="60" w:line="276" w:lineRule="auto"/>
        <w:ind w:left="340"/>
      </w:pPr>
      <w:r>
        <w:rPr>
          <w:rFonts w:ascii="Arial" w:hAnsi="Arial" w:cs="Arial"/>
          <w:b/>
          <w:i w:val="0"/>
          <w:caps w:val="0"/>
          <w:color w:val="5E646D"/>
          <w:sz w:val="20"/>
        </w:rPr>
        <w:t xml:space="preserve">Besprochen:  </w:t>
      </w:r>
      <w:sdt>
        <w:sdtPr>
          <w:alias w:val="Besprochen 1"/>
          <w:tag w:val="besprochen-1"/>
          <w:id w:val="1053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zwei bis vier Sätze</w:t>
          </w:r>
        </w:sdtContent>
      </w:sdt>
    </w:p>
    <w:p>
      <w:pPr>
        <w:spacing w:before="0" w:after="60" w:line="276" w:lineRule="auto"/>
        <w:ind w:left="340"/>
      </w:pPr>
      <w:r>
        <w:rPr>
          <w:rFonts w:ascii="Arial" w:hAnsi="Arial" w:cs="Arial"/>
          <w:b/>
          <w:i w:val="0"/>
          <w:caps w:val="0"/>
          <w:color w:val="5E646D"/>
          <w:sz w:val="20"/>
        </w:rPr>
        <w:t xml:space="preserve">Vereinbart:  </w:t>
      </w:r>
      <w:sdt>
        <w:sdtPr>
          <w:alias w:val="Vereinbart 1"/>
          <w:tag w:val="vereinbart-1"/>
          <w:id w:val="1054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ein Satz, oder: nichts vereinbart</w:t>
          </w:r>
        </w:sdtContent>
      </w:sdt>
    </w:p>
    <w:p>
      <w:pPr>
        <w:keepNext/>
        <w:spacing w:before="160" w:after="60" w:line="276" w:lineRule="auto"/>
      </w:pPr>
      <w:r>
        <w:rPr>
          <w:rFonts w:ascii="Arial" w:hAnsi="Arial" w:cs="Arial"/>
          <w:b/>
          <w:i w:val="0"/>
          <w:caps w:val="0"/>
          <w:color w:val="1E242E"/>
          <w:sz w:val="22"/>
        </w:rPr>
        <w:t xml:space="preserve">Thema: </w:t>
      </w:r>
      <w:sdt>
        <w:sdtPr>
          <w:alias w:val="Thema 2"/>
          <w:tag w:val="thema-2"/>
          <w:id w:val="1055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2"/>
            </w:rPr>
            <w:t>worum es ging</w:t>
          </w:r>
        </w:sdtContent>
      </w:sdt>
    </w:p>
    <w:p>
      <w:pPr>
        <w:spacing w:before="0" w:after="60" w:line="276" w:lineRule="auto"/>
        <w:ind w:left="340"/>
      </w:pPr>
      <w:r>
        <w:rPr>
          <w:rFonts w:ascii="Arial" w:hAnsi="Arial" w:cs="Arial"/>
          <w:b/>
          <w:i w:val="0"/>
          <w:caps w:val="0"/>
          <w:color w:val="5E646D"/>
          <w:sz w:val="20"/>
        </w:rPr>
        <w:t xml:space="preserve">Besprochen:  </w:t>
      </w:r>
      <w:sdt>
        <w:sdtPr>
          <w:alias w:val="Besprochen 2"/>
          <w:tag w:val="besprochen-2"/>
          <w:id w:val="1056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zwei bis vier Sätze</w:t>
          </w:r>
        </w:sdtContent>
      </w:sdt>
    </w:p>
    <w:p>
      <w:pPr>
        <w:spacing w:before="0" w:after="60" w:line="276" w:lineRule="auto"/>
        <w:ind w:left="340"/>
      </w:pPr>
      <w:r>
        <w:rPr>
          <w:rFonts w:ascii="Arial" w:hAnsi="Arial" w:cs="Arial"/>
          <w:b/>
          <w:i w:val="0"/>
          <w:caps w:val="0"/>
          <w:color w:val="5E646D"/>
          <w:sz w:val="20"/>
        </w:rPr>
        <w:t xml:space="preserve">Vereinbart:  </w:t>
      </w:r>
      <w:sdt>
        <w:sdtPr>
          <w:alias w:val="Vereinbart 2"/>
          <w:tag w:val="vereinbart-2"/>
          <w:id w:val="1057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ein Satz, oder: nichts vereinbart</w:t>
          </w:r>
        </w:sdtContent>
      </w:sdt>
    </w:p>
    <w:p>
      <w:pPr>
        <w:keepNext/>
        <w:spacing w:before="160" w:after="60" w:line="276" w:lineRule="auto"/>
      </w:pPr>
      <w:r>
        <w:rPr>
          <w:rFonts w:ascii="Arial" w:hAnsi="Arial" w:cs="Arial"/>
          <w:b/>
          <w:i w:val="0"/>
          <w:caps w:val="0"/>
          <w:color w:val="1E242E"/>
          <w:sz w:val="22"/>
        </w:rPr>
        <w:t xml:space="preserve">Thema: </w:t>
      </w:r>
      <w:sdt>
        <w:sdtPr>
          <w:alias w:val="Thema 3"/>
          <w:tag w:val="thema-3"/>
          <w:id w:val="1058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2"/>
            </w:rPr>
            <w:t>worum es ging</w:t>
          </w:r>
        </w:sdtContent>
      </w:sdt>
    </w:p>
    <w:p>
      <w:pPr>
        <w:spacing w:before="0" w:after="60" w:line="276" w:lineRule="auto"/>
        <w:ind w:left="340"/>
      </w:pPr>
      <w:r>
        <w:rPr>
          <w:rFonts w:ascii="Arial" w:hAnsi="Arial" w:cs="Arial"/>
          <w:b/>
          <w:i w:val="0"/>
          <w:caps w:val="0"/>
          <w:color w:val="5E646D"/>
          <w:sz w:val="20"/>
        </w:rPr>
        <w:t xml:space="preserve">Besprochen:  </w:t>
      </w:r>
      <w:sdt>
        <w:sdtPr>
          <w:alias w:val="Besprochen 3"/>
          <w:tag w:val="besprochen-3"/>
          <w:id w:val="1059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zwei bis vier Sätze</w:t>
          </w:r>
        </w:sdtContent>
      </w:sdt>
    </w:p>
    <w:p>
      <w:pPr>
        <w:spacing w:before="0" w:after="60" w:line="276" w:lineRule="auto"/>
        <w:ind w:left="340"/>
      </w:pPr>
      <w:r>
        <w:rPr>
          <w:rFonts w:ascii="Arial" w:hAnsi="Arial" w:cs="Arial"/>
          <w:b/>
          <w:i w:val="0"/>
          <w:caps w:val="0"/>
          <w:color w:val="5E646D"/>
          <w:sz w:val="20"/>
        </w:rPr>
        <w:t xml:space="preserve">Vereinbart:  </w:t>
      </w:r>
      <w:sdt>
        <w:sdtPr>
          <w:alias w:val="Vereinbart 3"/>
          <w:tag w:val="vereinbart-3"/>
          <w:id w:val="1060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ein Satz, oder: nichts vereinbart</w:t>
          </w:r>
        </w:sdtContent>
      </w:sdt>
    </w:p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2.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Vereinbarungen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78"/>
        <w:gridCol w:w="5228"/>
        <w:gridCol w:w="2268"/>
        <w:gridCol w:w="1565"/>
      </w:tblGrid>
      <w:tr>
        <w:trPr>
          <w:trHeight w:val="351" w:hRule="atLeast"/>
        </w:trPr>
        <w:tc>
          <w:tcPr>
            <w:tcW w:type="dxa" w:w="578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Nr.</w:t>
            </w:r>
          </w:p>
        </w:tc>
        <w:tc>
          <w:tcPr>
            <w:tcW w:type="dxa" w:w="5227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Vereinbarung</w:t>
            </w:r>
          </w:p>
        </w:tc>
        <w:tc>
          <w:tcPr>
            <w:tcW w:type="dxa" w:w="2268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Wer</w:t>
            </w:r>
          </w:p>
        </w:tc>
        <w:tc>
          <w:tcPr>
            <w:tcW w:type="dxa" w:w="1565"/>
            <w:shd w:val="clear" w:color="auto" w:fill="F3F5F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Bis wann</w:t>
            </w:r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1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einbarung"/>
                <w:tag w:val="vereinbarung"/>
                <w:id w:val="106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6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65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6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2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einbarung"/>
                <w:tag w:val="vereinbarung"/>
                <w:id w:val="106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6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65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6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3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einbarung"/>
                <w:tag w:val="vereinbarung"/>
                <w:id w:val="106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6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65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6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4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einbarung"/>
                <w:tag w:val="vereinbarung"/>
                <w:id w:val="107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7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65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Bis wann"/>
                <w:tag w:val="bis-wann"/>
                <w:id w:val="107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3.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Nächster Kontakt</w:t>
      </w:r>
    </w:p>
    <w:p>
      <w:pPr>
        <w:spacing w:before="0" w:after="280" w:line="276" w:lineRule="auto"/>
      </w:pPr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Datum  </w:t>
      </w:r>
      <w:sdt>
        <w:sdtPr>
          <w:alias w:val="Nächster Kontakt Datum"/>
          <w:tag w:val="nächster-kontakt-datum"/>
          <w:id w:val="1073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TT.MM.JJJJ</w:t>
          </w:r>
        </w:sdtContent>
      </w:sdt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        Uhrzeit  </w:t>
      </w:r>
      <w:sdt>
        <w:sdtPr>
          <w:alias w:val="Nächster Kontakt Uhrzeit"/>
          <w:tag w:val="nächster-kontakt-uhrzeit"/>
          <w:id w:val="1074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hh:mm</w:t>
          </w:r>
        </w:sdtContent>
      </w:sdt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        Ort oder Link  </w:t>
      </w:r>
      <w:sdt>
        <w:sdtPr>
          <w:alias w:val="Nächster Kontakt Ort oder Link"/>
          <w:tag w:val="nächster-kontakt-ort-oder-link"/>
          <w:id w:val="1075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Raum oder Link</w:t>
          </w:r>
        </w:sdtContent>
      </w:sdt>
    </w:p>
    <w:p>
      <w:pPr>
        <w:spacing w:before="200" w:after="200"/>
        <w:pBdr>
          <w:bottom w:val="single" w:sz="6" w:space="1" w:color="DEE1E7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 xml:space="preserve">Für uns: </w:t>
            </w: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21"/>
              </w:rPr>
              <w:t>______________________</w:t>
            </w:r>
          </w:p>
        </w:tc>
        <w:tc>
          <w:tcPr>
            <w:tcW w:type="dxa" w:w="4819"/>
          </w:tcPr>
          <w:p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 xml:space="preserve">Für den Gesprächspartner: </w:t>
            </w: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21"/>
              </w:rPr>
              <w:t>______________________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1906" w:h="16838"/>
      <w:pgMar w:top="1134" w:right="1134" w:bottom="1134" w:left="1134" w:header="680" w:footer="62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  <w:spacing w:before="0"/>
    </w:pPr>
    <w:r>
      <w:rPr>
        <w:rFonts w:ascii="Arial" w:hAnsi="Arial" w:cs="Arial"/>
        <w:b w:val="0"/>
        <w:i w:val="0"/>
        <w:caps w:val="0"/>
        <w:color w:val="5E646D"/>
        <w:sz w:val="16"/>
      </w:rPr>
      <w:t>Gesprächsprotokoll</w:t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 xml:space="preserve">Seite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PAGE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 xml:space="preserve"> von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NUMPAGES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>Vorlage: raven.ceo/vorlagen/besprechungsprotokoll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  <w:spacing w:before="0"/>
    </w:pPr>
    <w:r>
      <w:rPr>
        <w:rFonts w:ascii="Arial" w:hAnsi="Arial" w:cs="Arial"/>
        <w:b w:val="0"/>
        <w:i w:val="0"/>
        <w:caps w:val="0"/>
        <w:color w:val="5E646D"/>
        <w:sz w:val="16"/>
      </w:rPr>
      <w:t>Gesprächsprotokoll</w:t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 xml:space="preserve">Seite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PAGE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 xml:space="preserve"> von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NUMPAGES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>Vorlage: raven.ceo/vorlagen/besprechungsprotokoll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/>
        <w:b w:val="0"/>
        <w:i w:val="0"/>
        <w:caps/>
        <w:color w:val="5E646D"/>
        <w:sz w:val="17"/>
      </w:rPr>
      <w:t>Gesprächsprotokoll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E242E"/>
      <w:sz w:val="21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raven.ceo/vorlagen</Application>
  <Company>Raven</Company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Gesprächsprotokoll (Vorlage)</dc:title>
  <dc:subject>Vorlage für ein Gesprächsprotokoll mit Vereinbarungen</dc:subject>
  <dc:creator>Raven</dc:creator>
  <cp:keywords/>
  <dc:description>raven.ceo/vorlagen/besprechungsprotokoll</dc:description>
  <cp:lastModifiedBy>Raven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