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76" w:lineRule="auto"/>
      </w:pPr>
      <w:r>
        <w:rPr>
          <w:rFonts w:ascii="Arial" w:hAnsi="Arial" w:cs="Arial"/>
          <w:b/>
          <w:i w:val="0"/>
          <w:caps w:val="0"/>
          <w:color w:val="1E242E"/>
          <w:sz w:val="52"/>
        </w:rPr>
        <w:t>Agenda</w:t>
      </w:r>
    </w:p>
    <w:p>
      <w:pPr>
        <w:spacing w:before="0" w:after="40" w:line="276" w:lineRule="auto"/>
      </w:pPr>
      <w:sdt>
        <w:sdtPr>
          <w:alias w:val="Titel der Besprechung"/>
          <w:tag w:val="titel-der-besprechung"/>
          <w:id w:val="1068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5"/>
            </w:rPr>
            <w:t>Titel der Besprechung</w:t>
          </w:r>
        </w:sdtContent>
      </w:sdt>
    </w:p>
    <w:p>
      <w:pPr>
        <w:spacing w:before="80" w:after="280"/>
        <w:pBdr>
          <w:bottom w:val="single" w:sz="6" w:space="1" w:color="285B9A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2835"/>
        <w:gridCol w:w="6804"/>
      </w:tblGrid>
      <w:tr>
        <w:trPr>
          <w:trHeight w:val="351" w:hRule="atLeast"/>
        </w:trPr>
        <w:tc>
          <w:tcPr>
            <w:tcW w:type="dxa" w:w="2835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>Datum</w:t>
            </w:r>
          </w:p>
        </w:tc>
        <w:tc>
          <w:tcPr>
            <w:tcW w:type="dxa" w:w="6803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sdt>
              <w:sdtPr>
                <w:alias w:val="Datum"/>
                <w:tag w:val="datum"/>
                <w:id w:val="1069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TT.MM.JJJJ</w:t>
                </w:r>
              </w:sdtContent>
            </w:sdt>
          </w:p>
        </w:tc>
      </w:tr>
      <w:tr>
        <w:trPr>
          <w:trHeight w:val="351" w:hRule="atLeast"/>
        </w:trPr>
        <w:tc>
          <w:tcPr>
            <w:tcW w:type="dxa" w:w="2835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>Uhrzeit</w:t>
            </w:r>
          </w:p>
        </w:tc>
        <w:tc>
          <w:tcPr>
            <w:tcW w:type="dxa" w:w="6803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sdt>
              <w:sdtPr>
                <w:alias w:val="Uhrzeit"/>
                <w:tag w:val="uhrzeit"/>
                <w:id w:val="1070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von … bis …, Gesamtdauer … Minuten</w:t>
                </w:r>
              </w:sdtContent>
            </w:sdt>
          </w:p>
        </w:tc>
      </w:tr>
      <w:tr>
        <w:trPr>
          <w:trHeight w:val="351" w:hRule="atLeast"/>
        </w:trPr>
        <w:tc>
          <w:tcPr>
            <w:tcW w:type="dxa" w:w="2835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>Ort oder Link</w:t>
            </w:r>
          </w:p>
        </w:tc>
        <w:tc>
          <w:tcPr>
            <w:tcW w:type="dxa" w:w="6803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sdt>
              <w:sdtPr>
                <w:alias w:val="Ort oder Link"/>
                <w:tag w:val="ort-oder-link"/>
                <w:id w:val="1071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Raum, Adresse oder Meeting-Link</w:t>
                </w:r>
              </w:sdtContent>
            </w:sdt>
          </w:p>
        </w:tc>
      </w:tr>
      <w:tr>
        <w:trPr>
          <w:trHeight w:val="351" w:hRule="atLeast"/>
        </w:trPr>
        <w:tc>
          <w:tcPr>
            <w:tcW w:type="dxa" w:w="2835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>Leitung</w:t>
            </w:r>
          </w:p>
        </w:tc>
        <w:tc>
          <w:tcPr>
            <w:tcW w:type="dxa" w:w="6803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sdt>
              <w:sdtPr>
                <w:alias w:val="Leitung"/>
                <w:tag w:val="leitung"/>
                <w:id w:val="1072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Name</w:t>
                </w:r>
              </w:sdtContent>
            </w:sdt>
          </w:p>
        </w:tc>
      </w:tr>
      <w:tr>
        <w:trPr>
          <w:trHeight w:val="351" w:hRule="atLeast"/>
        </w:trPr>
        <w:tc>
          <w:tcPr>
            <w:tcW w:type="dxa" w:w="2835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>Eingeladen</w:t>
            </w:r>
          </w:p>
        </w:tc>
        <w:tc>
          <w:tcPr>
            <w:tcW w:type="dxa" w:w="6803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sdt>
              <w:sdtPr>
                <w:alias w:val="Eingeladen"/>
                <w:tag w:val="eingeladen"/>
                <w:id w:val="1073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Namen, durch Komma getrennt</w:t>
                </w:r>
              </w:sdtContent>
            </w:sdt>
          </w:p>
        </w:tc>
      </w:tr>
    </w:tbl>
    <w:p>
      <w:pPr>
        <w:pStyle w:val="Heading2"/>
        <w:keepNext/>
        <w:spacing w:before="320" w:after="120"/>
      </w:pPr>
      <w:r>
        <w:rPr>
          <w:rFonts w:ascii="Arial" w:hAnsi="Arial" w:cs="Arial"/>
          <w:b/>
          <w:i w:val="0"/>
          <w:caps w:val="0"/>
          <w:color w:val="1E242E"/>
          <w:sz w:val="26"/>
        </w:rPr>
        <w:t>Ziel der Besprechung</w:t>
      </w:r>
    </w:p>
    <w:p>
      <w:pPr>
        <w:spacing w:before="0" w:after="160" w:line="276" w:lineRule="auto"/>
      </w:pPr>
      <w:r>
        <w:rPr>
          <w:rFonts w:ascii="Arial" w:hAnsi="Arial" w:cs="Arial"/>
          <w:b w:val="0"/>
          <w:i w:val="0"/>
          <w:caps w:val="0"/>
          <w:color w:val="1E242E"/>
          <w:sz w:val="21"/>
        </w:rPr>
        <w:t xml:space="preserve">Am Ende dieser Besprechung ist entschieden:  </w:t>
      </w:r>
      <w:sdt>
        <w:sdtPr>
          <w:alias w:val="Ziel der Besprechung"/>
          <w:tag w:val="ziel-der-besprechung"/>
          <w:id w:val="1074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was am Ende feststehen soll</w:t>
          </w:r>
        </w:sdtContent>
      </w:sdt>
    </w:p>
    <w:p>
      <w:pPr>
        <w:pStyle w:val="Heading2"/>
        <w:keepNext/>
        <w:spacing w:before="320" w:after="120"/>
      </w:pPr>
      <w:r>
        <w:rPr>
          <w:rFonts w:ascii="Arial" w:hAnsi="Arial" w:cs="Arial"/>
          <w:b/>
          <w:i w:val="0"/>
          <w:caps w:val="0"/>
          <w:color w:val="1E242E"/>
          <w:sz w:val="26"/>
        </w:rPr>
        <w:t>Tagesordnung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</w:tblPr>
      <w:tblGrid>
        <w:gridCol w:w="675"/>
        <w:gridCol w:w="3856"/>
        <w:gridCol w:w="1928"/>
        <w:gridCol w:w="1253"/>
        <w:gridCol w:w="1928"/>
      </w:tblGrid>
      <w:tr>
        <w:trPr>
          <w:trHeight w:val="351" w:hRule="atLeast"/>
        </w:trPr>
        <w:tc>
          <w:tcPr>
            <w:tcW w:type="dxa" w:w="675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Nr.</w:t>
            </w:r>
          </w:p>
        </w:tc>
        <w:tc>
          <w:tcPr>
            <w:tcW w:type="dxa" w:w="3855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Punkt</w:t>
            </w:r>
          </w:p>
        </w:tc>
        <w:tc>
          <w:tcPr>
            <w:tcW w:type="dxa" w:w="1928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Wer bringt ein</w:t>
            </w:r>
          </w:p>
        </w:tc>
        <w:tc>
          <w:tcPr>
            <w:tcW w:type="dxa" w:w="1253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Minuten</w:t>
            </w:r>
          </w:p>
        </w:tc>
        <w:tc>
          <w:tcPr>
            <w:tcW w:type="dxa" w:w="1928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Ergebnis: Info / Diskussion / Entscheidung</w:t>
            </w:r>
          </w:p>
        </w:tc>
      </w:tr>
      <w:tr>
        <w:trPr>
          <w:trHeight w:val="482" w:hRule="atLeast"/>
        </w:trPr>
        <w:tc>
          <w:tcPr>
            <w:tcW w:type="dxa" w:w="675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1</w:t>
            </w:r>
          </w:p>
        </w:tc>
        <w:tc>
          <w:tcPr>
            <w:tcW w:type="dxa" w:w="3855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Punkt"/>
                <w:tag w:val="punkt"/>
                <w:id w:val="1075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92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Wer bringt ein"/>
                <w:tag w:val="wer-bringt-ein"/>
                <w:id w:val="1076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253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Minuten"/>
                <w:tag w:val="minuten"/>
                <w:id w:val="1077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92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Ergebnisart"/>
                <w:tag w:val="ergebnisart"/>
                <w:id w:val="1078"/>
                <w:dropDownList>
                  <w:listItem w:displayText="Info" w:value="Info"/>
                  <w:listItem w:displayText="Diskussion" w:value="Diskussion"/>
                  <w:listItem w:displayText="Entscheidung" w:value="Entscheidung"/>
                </w:dropDownList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</w:tr>
      <w:tr>
        <w:trPr>
          <w:trHeight w:val="482" w:hRule="atLeast"/>
        </w:trPr>
        <w:tc>
          <w:tcPr>
            <w:tcW w:type="dxa" w:w="675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2</w:t>
            </w:r>
          </w:p>
        </w:tc>
        <w:tc>
          <w:tcPr>
            <w:tcW w:type="dxa" w:w="3855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Punkt"/>
                <w:tag w:val="punkt"/>
                <w:id w:val="1079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92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Wer bringt ein"/>
                <w:tag w:val="wer-bringt-ein"/>
                <w:id w:val="1080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253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Minuten"/>
                <w:tag w:val="minuten"/>
                <w:id w:val="1081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92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Ergebnisart"/>
                <w:tag w:val="ergebnisart"/>
                <w:id w:val="1082"/>
                <w:dropDownList>
                  <w:listItem w:displayText="Info" w:value="Info"/>
                  <w:listItem w:displayText="Diskussion" w:value="Diskussion"/>
                  <w:listItem w:displayText="Entscheidung" w:value="Entscheidung"/>
                </w:dropDownList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</w:tr>
      <w:tr>
        <w:trPr>
          <w:trHeight w:val="482" w:hRule="atLeast"/>
        </w:trPr>
        <w:tc>
          <w:tcPr>
            <w:tcW w:type="dxa" w:w="675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3</w:t>
            </w:r>
          </w:p>
        </w:tc>
        <w:tc>
          <w:tcPr>
            <w:tcW w:type="dxa" w:w="3855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Punkt"/>
                <w:tag w:val="punkt"/>
                <w:id w:val="1083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92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Wer bringt ein"/>
                <w:tag w:val="wer-bringt-ein"/>
                <w:id w:val="1084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253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Minuten"/>
                <w:tag w:val="minuten"/>
                <w:id w:val="1085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92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Ergebnisart"/>
                <w:tag w:val="ergebnisart"/>
                <w:id w:val="1086"/>
                <w:dropDownList>
                  <w:listItem w:displayText="Info" w:value="Info"/>
                  <w:listItem w:displayText="Diskussion" w:value="Diskussion"/>
                  <w:listItem w:displayText="Entscheidung" w:value="Entscheidung"/>
                </w:dropDownList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</w:tr>
      <w:tr>
        <w:trPr>
          <w:trHeight w:val="482" w:hRule="atLeast"/>
        </w:trPr>
        <w:tc>
          <w:tcPr>
            <w:tcW w:type="dxa" w:w="675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4</w:t>
            </w:r>
          </w:p>
        </w:tc>
        <w:tc>
          <w:tcPr>
            <w:tcW w:type="dxa" w:w="3855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Punkt"/>
                <w:tag w:val="punkt"/>
                <w:id w:val="1087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92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Wer bringt ein"/>
                <w:tag w:val="wer-bringt-ein"/>
                <w:id w:val="1088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253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Minuten"/>
                <w:tag w:val="minuten"/>
                <w:id w:val="1089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92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Ergebnisart"/>
                <w:tag w:val="ergebnisart"/>
                <w:id w:val="1090"/>
                <w:dropDownList>
                  <w:listItem w:displayText="Info" w:value="Info"/>
                  <w:listItem w:displayText="Diskussion" w:value="Diskussion"/>
                  <w:listItem w:displayText="Entscheidung" w:value="Entscheidung"/>
                </w:dropDownList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</w:tr>
      <w:tr>
        <w:trPr>
          <w:trHeight w:val="482" w:hRule="atLeast"/>
        </w:trPr>
        <w:tc>
          <w:tcPr>
            <w:tcW w:type="dxa" w:w="675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5</w:t>
            </w:r>
          </w:p>
        </w:tc>
        <w:tc>
          <w:tcPr>
            <w:tcW w:type="dxa" w:w="3855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Punkt"/>
                <w:tag w:val="punkt"/>
                <w:id w:val="1091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92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Wer bringt ein"/>
                <w:tag w:val="wer-bringt-ein"/>
                <w:id w:val="1092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253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Minuten"/>
                <w:tag w:val="minuten"/>
                <w:id w:val="1093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92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Ergebnisart"/>
                <w:tag w:val="ergebnisart"/>
                <w:id w:val="1094"/>
                <w:dropDownList>
                  <w:listItem w:displayText="Info" w:value="Info"/>
                  <w:listItem w:displayText="Diskussion" w:value="Diskussion"/>
                  <w:listItem w:displayText="Entscheidung" w:value="Entscheidung"/>
                </w:dropDownList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</w:tr>
      <w:tr>
        <w:trPr>
          <w:trHeight w:val="482" w:hRule="atLeast"/>
        </w:trPr>
        <w:tc>
          <w:tcPr>
            <w:tcW w:type="dxa" w:w="675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6</w:t>
            </w:r>
          </w:p>
        </w:tc>
        <w:tc>
          <w:tcPr>
            <w:tcW w:type="dxa" w:w="3855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Punkt"/>
                <w:tag w:val="punkt"/>
                <w:id w:val="1095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92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Wer bringt ein"/>
                <w:tag w:val="wer-bringt-ein"/>
                <w:id w:val="1096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253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Minuten"/>
                <w:tag w:val="minuten"/>
                <w:id w:val="1097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92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Ergebnisart"/>
                <w:tag w:val="ergebnisart"/>
                <w:id w:val="1098"/>
                <w:dropDownList>
                  <w:listItem w:displayText="Info" w:value="Info"/>
                  <w:listItem w:displayText="Diskussion" w:value="Diskussion"/>
                  <w:listItem w:displayText="Entscheidung" w:value="Entscheidung"/>
                </w:dropDownList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</w:tr>
    </w:tbl>
    <w:p>
      <w:pPr>
        <w:spacing w:before="120" w:after="240" w:line="276" w:lineRule="auto"/>
      </w:pPr>
      <w:r>
        <w:rPr>
          <w:rFonts w:ascii="Arial" w:hAnsi="Arial" w:cs="Arial"/>
          <w:b/>
          <w:i w:val="0"/>
          <w:caps w:val="0"/>
          <w:color w:val="1E242E"/>
          <w:sz w:val="20"/>
        </w:rPr>
        <w:t xml:space="preserve">Summe  </w:t>
      </w:r>
      <w:sdt>
        <w:sdtPr>
          <w:alias w:val="Summe Minuten"/>
          <w:tag w:val="summe-minuten"/>
          <w:id w:val="1099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…</w:t>
          </w:r>
        </w:sdtContent>
      </w:sdt>
      <w:r>
        <w:rPr>
          <w:rFonts w:ascii="Arial" w:hAnsi="Arial" w:cs="Arial"/>
          <w:b/>
          <w:i w:val="0"/>
          <w:caps w:val="0"/>
          <w:color w:val="1E242E"/>
          <w:sz w:val="20"/>
        </w:rPr>
        <w:t xml:space="preserve">  Minuten</w:t>
      </w:r>
    </w:p>
    <w:p>
      <w:pPr>
        <w:pStyle w:val="Heading2"/>
        <w:keepNext/>
        <w:spacing w:before="320" w:after="120"/>
      </w:pPr>
      <w:r>
        <w:rPr>
          <w:rFonts w:ascii="Arial" w:hAnsi="Arial" w:cs="Arial"/>
          <w:b/>
          <w:i w:val="0"/>
          <w:caps w:val="0"/>
          <w:color w:val="1E242E"/>
          <w:sz w:val="26"/>
        </w:rPr>
        <w:t>Vorbereitung</w:t>
      </w:r>
    </w:p>
    <w:p>
      <w:pPr>
        <w:spacing w:before="0" w:after="120" w:line="276" w:lineRule="auto"/>
      </w:pPr>
      <w:r>
        <w:rPr>
          <w:rFonts w:ascii="Arial" w:hAnsi="Arial" w:cs="Arial"/>
          <w:b w:val="0"/>
          <w:i/>
          <w:caps w:val="0"/>
          <w:color w:val="5E646D"/>
          <w:sz w:val="19"/>
        </w:rPr>
        <w:t>Wer was vorher liest oder mitbringt</w:t>
      </w:r>
    </w:p>
    <w:p>
      <w:pPr>
        <w:spacing w:before="0" w:after="80" w:line="276" w:lineRule="auto"/>
        <w:ind w:left="340"/>
      </w:pPr>
      <w:r>
        <w:rPr>
          <w:rFonts w:ascii="Arial" w:hAnsi="Arial" w:cs="Arial"/>
          <w:b w:val="0"/>
          <w:i w:val="0"/>
          <w:caps w:val="0"/>
          <w:color w:val="5E646D"/>
          <w:sz w:val="21"/>
        </w:rPr>
        <w:t xml:space="preserve">·  </w:t>
      </w:r>
      <w:sdt>
        <w:sdtPr>
          <w:alias w:val="Vorbereitung 1"/>
          <w:tag w:val="vorbereitung-1"/>
          <w:id w:val="1100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Wer bereitet was vor</w:t>
          </w:r>
        </w:sdtContent>
      </w:sdt>
    </w:p>
    <w:p>
      <w:pPr>
        <w:spacing w:before="0" w:after="80" w:line="276" w:lineRule="auto"/>
        <w:ind w:left="340"/>
      </w:pPr>
      <w:r>
        <w:rPr>
          <w:rFonts w:ascii="Arial" w:hAnsi="Arial" w:cs="Arial"/>
          <w:b w:val="0"/>
          <w:i w:val="0"/>
          <w:caps w:val="0"/>
          <w:color w:val="5E646D"/>
          <w:sz w:val="21"/>
        </w:rPr>
        <w:t xml:space="preserve">·  </w:t>
      </w:r>
      <w:sdt>
        <w:sdtPr>
          <w:alias w:val="Vorbereitung 2"/>
          <w:tag w:val="vorbereitung-2"/>
          <w:id w:val="1101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Wer bereitet was vor</w:t>
          </w:r>
        </w:sdtContent>
      </w:sdt>
    </w:p>
    <w:p>
      <w:pPr>
        <w:spacing w:before="0" w:after="80" w:line="276" w:lineRule="auto"/>
        <w:ind w:left="340"/>
      </w:pPr>
      <w:r>
        <w:rPr>
          <w:rFonts w:ascii="Arial" w:hAnsi="Arial" w:cs="Arial"/>
          <w:b w:val="0"/>
          <w:i w:val="0"/>
          <w:caps w:val="0"/>
          <w:color w:val="5E646D"/>
          <w:sz w:val="21"/>
        </w:rPr>
        <w:t xml:space="preserve">·  </w:t>
      </w:r>
      <w:sdt>
        <w:sdtPr>
          <w:alias w:val="Vorbereitung 3"/>
          <w:tag w:val="vorbereitung-3"/>
          <w:id w:val="1102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Wer bereitet was vor</w:t>
          </w:r>
        </w:sdtContent>
      </w:sdt>
    </w:p>
    <w:sectPr w:rsidR="00FC693F" w:rsidRPr="0006063C" w:rsidSect="00034616">
      <w:headerReference w:type="first" r:id="rId9"/>
      <w:headerReference w:type="default" r:id="rId10"/>
      <w:footerReference w:type="default" r:id="rId11"/>
      <w:footerReference w:type="first" r:id="rId12"/>
      <w:pgSz w:w="11906" w:h="16838"/>
      <w:pgMar w:top="1134" w:right="1134" w:bottom="1134" w:left="1134" w:header="680" w:footer="62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819" w:val="center"/>
        <w:tab w:pos="9638" w:val="right"/>
      </w:tabs>
      <w:spacing w:before="0"/>
    </w:pPr>
    <w:r>
      <w:rPr>
        <w:rFonts w:ascii="Arial" w:hAnsi="Arial" w:cs="Arial"/>
        <w:b w:val="0"/>
        <w:i w:val="0"/>
        <w:caps w:val="0"/>
        <w:color w:val="5E646D"/>
        <w:sz w:val="16"/>
      </w:rPr>
      <w:t>Agenda</w:t>
    </w:r>
    <w:r>
      <w:rPr>
        <w:rFonts w:ascii="Arial" w:hAnsi="Arial" w:cs="Arial"/>
        <w:b w:val="0"/>
        <w:i w:val="0"/>
        <w:caps w:val="0"/>
        <w:color w:val="5E646D"/>
        <w:sz w:val="16"/>
      </w:rPr>
      <w:tab/>
      <w:t xml:space="preserve">Seite </w: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begin"/>
    </w:r>
    <w:r>
      <w:rPr>
        <w:rFonts w:ascii="Arial" w:hAnsi="Arial" w:cs="Arial"/>
        <w:b w:val="0"/>
        <w:i w:val="0"/>
        <w:caps w:val="0"/>
        <w:color w:val="5E646D"/>
        <w:sz w:val="16"/>
      </w:rPr>
      <w:instrText xml:space="preserve"> PAGE </w:instrTex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end"/>
    </w:r>
    <w:r>
      <w:rPr>
        <w:rFonts w:ascii="Arial" w:hAnsi="Arial" w:cs="Arial"/>
        <w:b w:val="0"/>
        <w:i w:val="0"/>
        <w:caps w:val="0"/>
        <w:color w:val="5E646D"/>
        <w:sz w:val="16"/>
      </w:rPr>
      <w:t xml:space="preserve"> von </w: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begin"/>
    </w:r>
    <w:r>
      <w:rPr>
        <w:rFonts w:ascii="Arial" w:hAnsi="Arial" w:cs="Arial"/>
        <w:b w:val="0"/>
        <w:i w:val="0"/>
        <w:caps w:val="0"/>
        <w:color w:val="5E646D"/>
        <w:sz w:val="16"/>
      </w:rPr>
      <w:instrText xml:space="preserve"> NUMPAGES </w:instrTex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end"/>
    </w:r>
    <w:r>
      <w:rPr>
        <w:rFonts w:ascii="Arial" w:hAnsi="Arial" w:cs="Arial"/>
        <w:b w:val="0"/>
        <w:i w:val="0"/>
        <w:caps w:val="0"/>
        <w:color w:val="5E646D"/>
        <w:sz w:val="16"/>
      </w:rPr>
      <w:tab/>
      <w:t>Vorlage: raven.ceo/vorlagen/besprechungsprotokoll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819" w:val="center"/>
        <w:tab w:pos="9638" w:val="right"/>
      </w:tabs>
      <w:spacing w:before="0"/>
    </w:pPr>
    <w:r>
      <w:rPr>
        <w:rFonts w:ascii="Arial" w:hAnsi="Arial" w:cs="Arial"/>
        <w:b w:val="0"/>
        <w:i w:val="0"/>
        <w:caps w:val="0"/>
        <w:color w:val="5E646D"/>
        <w:sz w:val="16"/>
      </w:rPr>
      <w:t>Agenda</w:t>
    </w:r>
    <w:r>
      <w:rPr>
        <w:rFonts w:ascii="Arial" w:hAnsi="Arial" w:cs="Arial"/>
        <w:b w:val="0"/>
        <w:i w:val="0"/>
        <w:caps w:val="0"/>
        <w:color w:val="5E646D"/>
        <w:sz w:val="16"/>
      </w:rPr>
      <w:tab/>
      <w:t xml:space="preserve">Seite </w: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begin"/>
    </w:r>
    <w:r>
      <w:rPr>
        <w:rFonts w:ascii="Arial" w:hAnsi="Arial" w:cs="Arial"/>
        <w:b w:val="0"/>
        <w:i w:val="0"/>
        <w:caps w:val="0"/>
        <w:color w:val="5E646D"/>
        <w:sz w:val="16"/>
      </w:rPr>
      <w:instrText xml:space="preserve"> PAGE </w:instrTex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end"/>
    </w:r>
    <w:r>
      <w:rPr>
        <w:rFonts w:ascii="Arial" w:hAnsi="Arial" w:cs="Arial"/>
        <w:b w:val="0"/>
        <w:i w:val="0"/>
        <w:caps w:val="0"/>
        <w:color w:val="5E646D"/>
        <w:sz w:val="16"/>
      </w:rPr>
      <w:t xml:space="preserve"> von </w: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begin"/>
    </w:r>
    <w:r>
      <w:rPr>
        <w:rFonts w:ascii="Arial" w:hAnsi="Arial" w:cs="Arial"/>
        <w:b w:val="0"/>
        <w:i w:val="0"/>
        <w:caps w:val="0"/>
        <w:color w:val="5E646D"/>
        <w:sz w:val="16"/>
      </w:rPr>
      <w:instrText xml:space="preserve"> NUMPAGES </w:instrTex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end"/>
    </w:r>
    <w:r>
      <w:rPr>
        <w:rFonts w:ascii="Arial" w:hAnsi="Arial" w:cs="Arial"/>
        <w:b w:val="0"/>
        <w:i w:val="0"/>
        <w:caps w:val="0"/>
        <w:color w:val="5E646D"/>
        <w:sz w:val="16"/>
      </w:rPr>
      <w:tab/>
      <w:t>Vorlage: raven.ceo/vorlagen/besprechungsprotokoll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cs="Arial"/>
        <w:b w:val="0"/>
        <w:i w:val="0"/>
        <w:caps/>
        <w:color w:val="5E646D"/>
        <w:sz w:val="17"/>
      </w:rPr>
      <w:t>Agenda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1E242E"/>
      <w:sz w:val="21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raven.ceo/vorlagen</Application>
  <Company>Raven</Company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(Vorlage)</dc:title>
  <dc:subject>Vorlage für die Tagesordnung einer Besprechung</dc:subject>
  <dc:creator>Raven</dc:creator>
  <cp:keywords/>
  <dc:description>raven.ceo/vorlagen/besprechungsprotokoll</dc:description>
  <cp:lastModifiedBy>Raven</cp:lastModifiedBy>
  <cp:revision>1</cp:revision>
  <dcterms:created xsi:type="dcterms:W3CDTF">2013-12-23T23:15:00Z</dcterms:created>
  <dcterms:modified xsi:type="dcterms:W3CDTF">2013-12-23T23:15:00Z</dcterms:modified>
  <cp:category>Vorlage</cp:category>
</cp:coreProperties>
</file>