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cs="Arial"/>
          <w:b/>
          <w:i w:val="0"/>
          <w:caps w:val="0"/>
          <w:color w:val="1E242E"/>
          <w:sz w:val="52"/>
        </w:rPr>
        <w:t>Protokoll Teamsitzung</w:t>
      </w:r>
    </w:p>
    <w:p>
      <w:pPr>
        <w:spacing w:before="0" w:after="40" w:line="276" w:lineRule="auto"/>
      </w:pPr>
      <w:sdt>
        <w:sdtPr>
          <w:alias w:val="Titel der Besprechung"/>
          <w:tag w:val="titel-der-besprechung"/>
          <w:id w:val="1001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5"/>
            </w:rPr>
            <w:t>Name des Teams</w:t>
          </w:r>
        </w:sdtContent>
      </w:sdt>
    </w:p>
    <w:p>
      <w:pPr>
        <w:spacing w:before="80" w:after="280"/>
        <w:pBdr>
          <w:bottom w:val="single" w:sz="6" w:space="1" w:color="285B9A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Datum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Datum"/>
                <w:tag w:val="datum"/>
                <w:id w:val="100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TT.MM.JJJJ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Uhrzeit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Uhrzeit"/>
                <w:tag w:val="uhrzeit"/>
                <w:id w:val="100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von … bis …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Ort oder Link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Ort oder Link"/>
                <w:tag w:val="ort-oder-link"/>
                <w:id w:val="100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Raum oder Meeting-Link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Moderation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Moderation"/>
                <w:tag w:val="moderation"/>
                <w:id w:val="100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Protokoll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Protokoll"/>
                <w:tag w:val="protokoll"/>
                <w:id w:val="100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Anwesend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Anwesend"/>
                <w:tag w:val="anwesend"/>
                <w:id w:val="100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Namen, durch Komma getrennt</w:t>
                </w:r>
              </w:sdtContent>
            </w:sdt>
          </w:p>
        </w:tc>
      </w:tr>
      <w:tr>
        <w:trPr>
          <w:trHeight w:val="351" w:hRule="atLeast"/>
        </w:trPr>
        <w:tc>
          <w:tcPr>
            <w:tcW w:type="dxa" w:w="2835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r>
              <w:rPr>
                <w:rFonts w:ascii="Arial" w:hAnsi="Arial" w:cs="Arial"/>
                <w:b w:val="0"/>
                <w:i w:val="0"/>
                <w:caps w:val="0"/>
                <w:color w:val="5E646D"/>
                <w:sz w:val="19"/>
              </w:rPr>
              <w:t>Abwesend</w:t>
            </w:r>
          </w:p>
        </w:tc>
        <w:tc>
          <w:tcPr>
            <w:tcW w:type="dxa" w:w="6803"/>
            <w:tcBorders>
              <w:bottom w:val="single" w:sz="4" w:space="0" w:color="DEE1E7"/>
            </w:tcBorders>
          </w:tcPr>
          <w:p>
            <w:pPr>
              <w:spacing w:before="40" w:after="40"/>
            </w:pPr>
            <w:sdt>
              <w:sdtPr>
                <w:alias w:val="Abwesend"/>
                <w:tag w:val="abwesend"/>
                <w:id w:val="100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Namen, durch Komma getrennt</w:t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1.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Rückblick: Aufgaben aus der letzten Sitzung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78"/>
        <w:gridCol w:w="5613"/>
        <w:gridCol w:w="2155"/>
        <w:gridCol w:w="1293"/>
      </w:tblGrid>
      <w:tr>
        <w:trPr>
          <w:trHeight w:val="351" w:hRule="atLeast"/>
        </w:trPr>
        <w:tc>
          <w:tcPr>
            <w:tcW w:type="dxa" w:w="578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Nr.</w:t>
            </w:r>
          </w:p>
        </w:tc>
        <w:tc>
          <w:tcPr>
            <w:tcW w:type="dxa" w:w="5613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Aufgabe</w:t>
            </w:r>
          </w:p>
        </w:tc>
        <w:tc>
          <w:tcPr>
            <w:tcW w:type="dxa" w:w="2154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Verantwortlich</w:t>
            </w:r>
          </w:p>
        </w:tc>
        <w:tc>
          <w:tcPr>
            <w:tcW w:type="dxa" w:w="1293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Status</w:t>
            </w:r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1</w:t>
            </w:r>
          </w:p>
        </w:tc>
        <w:tc>
          <w:tcPr>
            <w:tcW w:type="dxa" w:w="561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Aufgabe"/>
                <w:tag w:val="aufgabe"/>
                <w:id w:val="100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154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1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9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Status"/>
                <w:tag w:val="status"/>
                <w:id w:val="1011"/>
                <w:dropDownList>
                  <w:listItem w:displayText="offen" w:value="offen"/>
                  <w:listItem w:displayText="in Arbeit" w:value="in Arbeit"/>
                  <w:listItem w:displayText="erledigt" w:value="erledigt"/>
                </w:dropDownList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offen</w:t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2</w:t>
            </w:r>
          </w:p>
        </w:tc>
        <w:tc>
          <w:tcPr>
            <w:tcW w:type="dxa" w:w="561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Aufgabe"/>
                <w:tag w:val="aufgabe"/>
                <w:id w:val="101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154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1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9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Status"/>
                <w:tag w:val="status"/>
                <w:id w:val="1014"/>
                <w:dropDownList>
                  <w:listItem w:displayText="offen" w:value="offen"/>
                  <w:listItem w:displayText="in Arbeit" w:value="in Arbeit"/>
                  <w:listItem w:displayText="erledigt" w:value="erledigt"/>
                </w:dropDownList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offen</w:t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3</w:t>
            </w:r>
          </w:p>
        </w:tc>
        <w:tc>
          <w:tcPr>
            <w:tcW w:type="dxa" w:w="561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Aufgabe"/>
                <w:tag w:val="aufgabe"/>
                <w:id w:val="101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154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1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9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Status"/>
                <w:tag w:val="status"/>
                <w:id w:val="1017"/>
                <w:dropDownList>
                  <w:listItem w:displayText="offen" w:value="offen"/>
                  <w:listItem w:displayText="in Arbeit" w:value="in Arbeit"/>
                  <w:listItem w:displayText="erledigt" w:value="erledigt"/>
                </w:dropDownList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offen</w:t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4</w:t>
            </w:r>
          </w:p>
        </w:tc>
        <w:tc>
          <w:tcPr>
            <w:tcW w:type="dxa" w:w="561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Aufgabe"/>
                <w:tag w:val="aufgabe"/>
                <w:id w:val="101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154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1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9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Status"/>
                <w:tag w:val="status"/>
                <w:id w:val="1020"/>
                <w:dropDownList>
                  <w:listItem w:displayText="offen" w:value="offen"/>
                  <w:listItem w:displayText="in Arbeit" w:value="in Arbeit"/>
                  <w:listItem w:displayText="erledigt" w:value="erledigt"/>
                </w:dropDownList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offen</w:t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2.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Neues aus dem Team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7371"/>
      </w:tblGrid>
      <w:tr>
        <w:trPr>
          <w:trHeight w:val="351" w:hRule="atLeast"/>
        </w:trPr>
        <w:tc>
          <w:tcPr>
            <w:tcW w:type="dxa" w:w="2268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Wer</w:t>
            </w:r>
          </w:p>
        </w:tc>
        <w:tc>
          <w:tcPr>
            <w:tcW w:type="dxa" w:w="7370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Was es Neues gibt</w:t>
            </w:r>
          </w:p>
        </w:tc>
      </w:tr>
      <w:tr>
        <w:trPr>
          <w:trHeight w:val="482" w:hRule="atLeast"/>
        </w:trPr>
        <w:tc>
          <w:tcPr>
            <w:tcW w:type="dxa" w:w="226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"/>
                <w:tag w:val="wer"/>
                <w:id w:val="102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7370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as es Neues gibt"/>
                <w:tag w:val="was-es-neues-gibt"/>
                <w:id w:val="102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226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"/>
                <w:tag w:val="wer"/>
                <w:id w:val="102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7370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as es Neues gibt"/>
                <w:tag w:val="was-es-neues-gibt"/>
                <w:id w:val="102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226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"/>
                <w:tag w:val="wer"/>
                <w:id w:val="102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7370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as es Neues gibt"/>
                <w:tag w:val="was-es-neues-gibt"/>
                <w:id w:val="102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226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er"/>
                <w:tag w:val="wer"/>
                <w:id w:val="102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7370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Was es Neues gibt"/>
                <w:tag w:val="was-es-neues-gibt"/>
                <w:id w:val="102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3.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Themen und Entscheidungen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771"/>
        <w:gridCol w:w="5012"/>
        <w:gridCol w:w="2410"/>
        <w:gridCol w:w="1446"/>
      </w:tblGrid>
      <w:tr>
        <w:trPr>
          <w:trHeight w:val="351" w:hRule="atLeast"/>
        </w:trPr>
        <w:tc>
          <w:tcPr>
            <w:tcW w:type="dxa" w:w="771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Nr.</w:t>
            </w:r>
          </w:p>
        </w:tc>
        <w:tc>
          <w:tcPr>
            <w:tcW w:type="dxa" w:w="5012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Thema und Entscheidung</w:t>
            </w:r>
          </w:p>
        </w:tc>
        <w:tc>
          <w:tcPr>
            <w:tcW w:type="dxa" w:w="2409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Entschieden von</w:t>
            </w:r>
          </w:p>
        </w:tc>
        <w:tc>
          <w:tcPr>
            <w:tcW w:type="dxa" w:w="1446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Datum</w:t>
            </w:r>
          </w:p>
        </w:tc>
      </w:tr>
      <w:tr>
        <w:trPr>
          <w:trHeight w:val="482" w:hRule="atLeast"/>
        </w:trPr>
        <w:tc>
          <w:tcPr>
            <w:tcW w:type="dxa" w:w="77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1</w:t>
            </w:r>
          </w:p>
        </w:tc>
        <w:tc>
          <w:tcPr>
            <w:tcW w:type="dxa" w:w="501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Thema und Entscheidung"/>
                <w:tag w:val="thema-und-entscheidung"/>
                <w:id w:val="102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409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Entschieden von"/>
                <w:tag w:val="entschieden-von"/>
                <w:id w:val="103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446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Datum"/>
                <w:tag w:val="datum"/>
                <w:id w:val="103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77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2</w:t>
            </w:r>
          </w:p>
        </w:tc>
        <w:tc>
          <w:tcPr>
            <w:tcW w:type="dxa" w:w="501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Thema und Entscheidung"/>
                <w:tag w:val="thema-und-entscheidung"/>
                <w:id w:val="103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409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Entschieden von"/>
                <w:tag w:val="entschieden-von"/>
                <w:id w:val="103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446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Datum"/>
                <w:tag w:val="datum"/>
                <w:id w:val="103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771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3</w:t>
            </w:r>
          </w:p>
        </w:tc>
        <w:tc>
          <w:tcPr>
            <w:tcW w:type="dxa" w:w="501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Thema und Entscheidung"/>
                <w:tag w:val="thema-und-entscheidung"/>
                <w:id w:val="103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2409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Entschieden von"/>
                <w:tag w:val="entschieden-von"/>
                <w:id w:val="103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446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Datum"/>
                <w:tag w:val="datum"/>
                <w:id w:val="103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4.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Neue Aufgaben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</w:tblPr>
      <w:tblGrid>
        <w:gridCol w:w="578"/>
        <w:gridCol w:w="5228"/>
        <w:gridCol w:w="1542"/>
        <w:gridCol w:w="1287"/>
        <w:gridCol w:w="1004"/>
      </w:tblGrid>
      <w:tr>
        <w:trPr>
          <w:trHeight w:val="351" w:hRule="atLeast"/>
        </w:trPr>
        <w:tc>
          <w:tcPr>
            <w:tcW w:type="dxa" w:w="578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Nr.</w:t>
            </w:r>
          </w:p>
        </w:tc>
        <w:tc>
          <w:tcPr>
            <w:tcW w:type="dxa" w:w="5227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Aufgabe</w:t>
            </w:r>
          </w:p>
        </w:tc>
        <w:tc>
          <w:tcPr>
            <w:tcW w:type="dxa" w:w="1542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Verantwortlich</w:t>
            </w:r>
          </w:p>
        </w:tc>
        <w:tc>
          <w:tcPr>
            <w:tcW w:type="dxa" w:w="1287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Frist</w:t>
            </w:r>
          </w:p>
        </w:tc>
        <w:tc>
          <w:tcPr>
            <w:tcW w:type="dxa" w:w="1003"/>
            <w:shd w:val="clear" w:color="auto" w:fill="F3F5F8"/>
            <w:tcBorders>
              <w:bottom w:val="single" w:sz="4" w:space="0" w:color="DEE1E7"/>
            </w:tcBorders>
          </w:tcPr>
          <w:p>
            <w:pPr>
              <w:keepNext/>
              <w:spacing w:before="60" w:after="60"/>
            </w:pPr>
            <w:r>
              <w:rPr>
                <w:rFonts w:ascii="Arial" w:hAnsi="Arial" w:cs="Arial"/>
                <w:b/>
                <w:i w:val="0"/>
                <w:caps w:val="0"/>
                <w:color w:val="1E242E"/>
                <w:sz w:val="18"/>
              </w:rPr>
              <w:t>Status</w:t>
            </w:r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1</w:t>
            </w:r>
          </w:p>
        </w:tc>
        <w:tc>
          <w:tcPr>
            <w:tcW w:type="dxa" w:w="522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Aufgabe"/>
                <w:tag w:val="aufgabe"/>
                <w:id w:val="103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39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4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00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Status"/>
                <w:tag w:val="status"/>
                <w:id w:val="1041"/>
                <w:dropDownList>
                  <w:listItem w:displayText="offen" w:value="offen"/>
                  <w:listItem w:displayText="in Arbeit" w:value="in Arbeit"/>
                  <w:listItem w:displayText="erledigt" w:value="erledigt"/>
                </w:dropDownList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offen</w:t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2</w:t>
            </w:r>
          </w:p>
        </w:tc>
        <w:tc>
          <w:tcPr>
            <w:tcW w:type="dxa" w:w="522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Aufgabe"/>
                <w:tag w:val="aufgabe"/>
                <w:id w:val="104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43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4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00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Status"/>
                <w:tag w:val="status"/>
                <w:id w:val="1045"/>
                <w:dropDownList>
                  <w:listItem w:displayText="offen" w:value="offen"/>
                  <w:listItem w:displayText="in Arbeit" w:value="in Arbeit"/>
                  <w:listItem w:displayText="erledigt" w:value="erledigt"/>
                </w:dropDownList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offen</w:t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3</w:t>
            </w:r>
          </w:p>
        </w:tc>
        <w:tc>
          <w:tcPr>
            <w:tcW w:type="dxa" w:w="522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Aufgabe"/>
                <w:tag w:val="aufgabe"/>
                <w:id w:val="104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47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48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00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Status"/>
                <w:tag w:val="status"/>
                <w:id w:val="1049"/>
                <w:dropDownList>
                  <w:listItem w:displayText="offen" w:value="offen"/>
                  <w:listItem w:displayText="in Arbeit" w:value="in Arbeit"/>
                  <w:listItem w:displayText="erledigt" w:value="erledigt"/>
                </w:dropDownList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offen</w:t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4</w:t>
            </w:r>
          </w:p>
        </w:tc>
        <w:tc>
          <w:tcPr>
            <w:tcW w:type="dxa" w:w="522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Aufgabe"/>
                <w:tag w:val="aufgabe"/>
                <w:id w:val="1050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51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52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00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Status"/>
                <w:tag w:val="status"/>
                <w:id w:val="1053"/>
                <w:dropDownList>
                  <w:listItem w:displayText="offen" w:value="offen"/>
                  <w:listItem w:displayText="in Arbeit" w:value="in Arbeit"/>
                  <w:listItem w:displayText="erledigt" w:value="erledigt"/>
                </w:dropDownList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offen</w:t>
                </w:r>
              </w:sdtContent>
            </w:sdt>
          </w:p>
        </w:tc>
      </w:tr>
      <w:tr>
        <w:trPr>
          <w:trHeight w:val="482" w:hRule="atLeast"/>
        </w:trPr>
        <w:tc>
          <w:tcPr>
            <w:tcW w:type="dxa" w:w="578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r>
              <w:rPr>
                <w:rFonts w:ascii="Arial" w:hAnsi="Arial" w:cs="Arial"/>
                <w:b w:val="0"/>
                <w:i w:val="0"/>
                <w:caps w:val="0"/>
                <w:color w:val="1E242E"/>
                <w:sz w:val="20"/>
              </w:rPr>
              <w:t>5</w:t>
            </w:r>
          </w:p>
        </w:tc>
        <w:tc>
          <w:tcPr>
            <w:tcW w:type="dxa" w:w="522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Aufgabe"/>
                <w:tag w:val="aufgabe"/>
                <w:id w:val="1054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542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Verantwortlich"/>
                <w:tag w:val="verantwortlich"/>
                <w:id w:val="1055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287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Frist"/>
                <w:tag w:val="frist"/>
                <w:id w:val="1056"/>
                <w:text/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</w:r>
              </w:sdtContent>
            </w:sdt>
          </w:p>
        </w:tc>
        <w:tc>
          <w:tcPr>
            <w:tcW w:type="dxa" w:w="1003"/>
            <w:tcBorders>
              <w:bottom w:val="single" w:sz="4" w:space="0" w:color="DEE1E7"/>
            </w:tcBorders>
          </w:tcPr>
          <w:p>
            <w:pPr>
              <w:spacing w:before="60" w:after="60"/>
            </w:pPr>
            <w:sdt>
              <w:sdtPr>
                <w:alias w:val="Status"/>
                <w:tag w:val="status"/>
                <w:id w:val="1057"/>
                <w:dropDownList>
                  <w:listItem w:displayText="offen" w:value="offen"/>
                  <w:listItem w:displayText="in Arbeit" w:value="in Arbeit"/>
                  <w:listItem w:displayText="erledigt" w:value="erledigt"/>
                </w:dropDownList>
              </w:sdtPr>
              <w:sdtContent>
                <w:r>
                  <w:rPr>
                    <w:rFonts w:ascii="Arial" w:hAnsi="Arial" w:cs="Arial"/>
                    <w:b w:val="0"/>
                    <w:i w:val="0"/>
                    <w:caps w:val="0"/>
                    <w:color w:val="5E646D"/>
                    <w:sz w:val="20"/>
                  </w:rPr>
                  <w:t>offen</w:t>
                </w:r>
              </w:sdtContent>
            </w:sdt>
          </w:p>
        </w:tc>
      </w:tr>
    </w:tbl>
    <w:p>
      <w:pPr>
        <w:pStyle w:val="Heading2"/>
        <w:keepNext/>
        <w:spacing w:before="320" w:after="120"/>
      </w:pPr>
      <w:r>
        <w:rPr>
          <w:rFonts w:ascii="Arial" w:hAnsi="Arial" w:cs="Arial"/>
          <w:b/>
          <w:i w:val="0"/>
          <w:caps w:val="0"/>
          <w:color w:val="285B9A"/>
          <w:sz w:val="26"/>
        </w:rPr>
        <w:t xml:space="preserve">5.  </w:t>
      </w:r>
      <w:r>
        <w:rPr>
          <w:rFonts w:ascii="Arial" w:hAnsi="Arial" w:cs="Arial"/>
          <w:b/>
          <w:i w:val="0"/>
          <w:caps w:val="0"/>
          <w:color w:val="1E242E"/>
          <w:sz w:val="26"/>
        </w:rPr>
        <w:t>Nächste Sitzung</w:t>
      </w:r>
    </w:p>
    <w:p>
      <w:pPr>
        <w:spacing w:before="0" w:after="120" w:line="276" w:lineRule="auto"/>
      </w:pPr>
      <w:r>
        <w:rPr>
          <w:rFonts w:ascii="Arial" w:hAnsi="Arial" w:cs="Arial"/>
          <w:b w:val="0"/>
          <w:i w:val="0"/>
          <w:caps w:val="0"/>
          <w:color w:val="5E646D"/>
          <w:sz w:val="20"/>
        </w:rPr>
        <w:t xml:space="preserve">Datum  </w:t>
      </w:r>
      <w:sdt>
        <w:sdtPr>
          <w:alias w:val="Nächste Sitzung Datum"/>
          <w:tag w:val="nächste-sitzung-datum"/>
          <w:id w:val="1058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TT.MM.JJJJ</w:t>
          </w:r>
        </w:sdtContent>
      </w:sdt>
      <w:r>
        <w:rPr>
          <w:rFonts w:ascii="Arial" w:hAnsi="Arial" w:cs="Arial"/>
          <w:b w:val="0"/>
          <w:i w:val="0"/>
          <w:caps w:val="0"/>
          <w:color w:val="5E646D"/>
          <w:sz w:val="20"/>
        </w:rPr>
        <w:t xml:space="preserve">        Moderation  </w:t>
      </w:r>
      <w:sdt>
        <w:sdtPr>
          <w:alias w:val="Nächste Sitzung Moderation"/>
          <w:tag w:val="nächste-sitzung-moderation"/>
          <w:id w:val="1059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Name</w:t>
          </w:r>
        </w:sdtContent>
      </w:sdt>
      <w:r>
        <w:rPr>
          <w:rFonts w:ascii="Arial" w:hAnsi="Arial" w:cs="Arial"/>
          <w:b w:val="0"/>
          <w:i w:val="0"/>
          <w:caps w:val="0"/>
          <w:color w:val="5E646D"/>
          <w:sz w:val="20"/>
        </w:rPr>
        <w:t xml:space="preserve">        Protokoll  </w:t>
      </w:r>
      <w:sdt>
        <w:sdtPr>
          <w:alias w:val="Nächste Sitzung Protokoll"/>
          <w:tag w:val="nächste-sitzung-protokoll"/>
          <w:id w:val="1060"/>
          <w:text/>
        </w:sdtPr>
        <w:sdtContent>
          <w:r>
            <w:rPr>
              <w:rFonts w:ascii="Arial" w:hAnsi="Arial" w:cs="Arial"/>
              <w:b w:val="0"/>
              <w:i w:val="0"/>
              <w:caps w:val="0"/>
              <w:color w:val="5E646D"/>
              <w:sz w:val="21"/>
            </w:rPr>
            <w:t>Name</w:t>
          </w:r>
        </w:sdtContent>
      </w:sdt>
    </w:p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1906" w:h="16838"/>
      <w:pgMar w:top="1134" w:right="1134" w:bottom="1134" w:left="1134" w:header="680" w:footer="62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819" w:val="center"/>
        <w:tab w:pos="9638" w:val="right"/>
      </w:tabs>
      <w:spacing w:before="0"/>
    </w:pPr>
    <w:r>
      <w:rPr>
        <w:rFonts w:ascii="Arial" w:hAnsi="Arial" w:cs="Arial"/>
        <w:b w:val="0"/>
        <w:i w:val="0"/>
        <w:caps w:val="0"/>
        <w:color w:val="5E646D"/>
        <w:sz w:val="16"/>
      </w:rPr>
      <w:t>Protokoll Teamsitzung</w:t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 xml:space="preserve">Seite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PAGE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 xml:space="preserve"> von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NUMPAGES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>Vorlage: raven.ceo/vorlagen/besprechungsprotokoll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819" w:val="center"/>
        <w:tab w:pos="9638" w:val="right"/>
      </w:tabs>
      <w:spacing w:before="0"/>
    </w:pPr>
    <w:r>
      <w:rPr>
        <w:rFonts w:ascii="Arial" w:hAnsi="Arial" w:cs="Arial"/>
        <w:b w:val="0"/>
        <w:i w:val="0"/>
        <w:caps w:val="0"/>
        <w:color w:val="5E646D"/>
        <w:sz w:val="16"/>
      </w:rPr>
      <w:t>Protokoll Teamsitzung</w:t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 xml:space="preserve">Seite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PAGE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 xml:space="preserve"> von </w: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begin"/>
    </w:r>
    <w:r>
      <w:rPr>
        <w:rFonts w:ascii="Arial" w:hAnsi="Arial" w:cs="Arial"/>
        <w:b w:val="0"/>
        <w:i w:val="0"/>
        <w:caps w:val="0"/>
        <w:color w:val="5E646D"/>
        <w:sz w:val="16"/>
      </w:rPr>
      <w:instrText xml:space="preserve"> NUMPAGES </w:instrText>
    </w:r>
    <w:r>
      <w:rPr>
        <w:rFonts w:ascii="Arial" w:hAnsi="Arial" w:cs="Arial"/>
        <w:b w:val="0"/>
        <w:i w:val="0"/>
        <w:caps w:val="0"/>
        <w:color w:val="5E646D"/>
        <w:sz w:val="16"/>
      </w:rPr>
      <w:fldChar w:fldCharType="end"/>
    </w:r>
    <w:r>
      <w:rPr>
        <w:rFonts w:ascii="Arial" w:hAnsi="Arial" w:cs="Arial"/>
        <w:b w:val="0"/>
        <w:i w:val="0"/>
        <w:caps w:val="0"/>
        <w:color w:val="5E646D"/>
        <w:sz w:val="16"/>
      </w:rPr>
      <w:tab/>
      <w:t>Vorlage: raven.ceo/vorlagen/besprechungsprotokoll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/>
        <w:b w:val="0"/>
        <w:i w:val="0"/>
        <w:caps/>
        <w:color w:val="5E646D"/>
        <w:sz w:val="17"/>
      </w:rPr>
      <w:t>Protokoll Teamsitzung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E242E"/>
      <w:sz w:val="21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raven.ceo/vorlagen</Application>
  <Company>Raven</Company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Teamsitzung (Vorlage)</dc:title>
  <dc:subject>Vorlage für das Protokoll einer wiederkehrenden Teamsitzung</dc:subject>
  <dc:creator>Raven</dc:creator>
  <cp:keywords/>
  <dc:description>raven.ceo/vorlagen/besprechungsprotokoll</dc:description>
  <cp:lastModifiedBy>Raven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